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4899AB" w14:textId="1E2A619E" w:rsidR="006A4C8F" w:rsidRPr="00960E46" w:rsidRDefault="00000000">
      <w:pPr>
        <w:spacing w:after="240"/>
        <w:jc w:val="center"/>
        <w:rPr>
          <w:rFonts w:cs="Times New Roman"/>
          <w:sz w:val="24"/>
          <w:szCs w:val="24"/>
          <w:lang w:val="ru-RU"/>
        </w:rPr>
      </w:pPr>
      <w:r w:rsidRPr="00960E46">
        <w:rPr>
          <w:rFonts w:cs="Times New Roman"/>
          <w:b/>
          <w:sz w:val="24"/>
          <w:szCs w:val="24"/>
          <w:lang w:val="ru-RU"/>
        </w:rPr>
        <w:t xml:space="preserve">СТРУКТУРА </w:t>
      </w:r>
      <w:r w:rsidR="00960E46" w:rsidRPr="00960E46">
        <w:rPr>
          <w:rFonts w:cs="Times New Roman"/>
          <w:b/>
          <w:sz w:val="24"/>
          <w:szCs w:val="24"/>
          <w:lang w:val="ru-RU"/>
        </w:rPr>
        <w:t>ПЕРЕНОСА КОНТЕНТА Д</w:t>
      </w:r>
      <w:r w:rsidRPr="00960E46">
        <w:rPr>
          <w:rFonts w:cs="Times New Roman"/>
          <w:b/>
          <w:sz w:val="24"/>
          <w:szCs w:val="24"/>
          <w:lang w:val="ru-RU"/>
        </w:rPr>
        <w:t xml:space="preserve">ЛЯ </w:t>
      </w:r>
      <w:r w:rsidRPr="00960E46">
        <w:rPr>
          <w:rFonts w:cs="Times New Roman"/>
          <w:b/>
          <w:sz w:val="24"/>
          <w:szCs w:val="24"/>
        </w:rPr>
        <w:t>KSPKUBAN</w:t>
      </w:r>
      <w:r w:rsidRPr="00960E46">
        <w:rPr>
          <w:rFonts w:cs="Times New Roman"/>
          <w:b/>
          <w:sz w:val="24"/>
          <w:szCs w:val="24"/>
          <w:lang w:val="ru-RU"/>
        </w:rPr>
        <w:t>.</w:t>
      </w:r>
      <w:r w:rsidR="00960E46" w:rsidRPr="00960E46">
        <w:rPr>
          <w:rFonts w:cs="Times New Roman"/>
          <w:b/>
          <w:sz w:val="24"/>
          <w:szCs w:val="24"/>
          <w:lang w:val="ru-RU"/>
        </w:rPr>
        <w:t xml:space="preserve"> </w:t>
      </w:r>
      <w:r w:rsidRPr="00960E46">
        <w:rPr>
          <w:rFonts w:cs="Times New Roman"/>
          <w:b/>
          <w:sz w:val="24"/>
          <w:szCs w:val="24"/>
        </w:rPr>
        <w:t>RU</w:t>
      </w:r>
    </w:p>
    <w:p w14:paraId="427EC794" w14:textId="77777777" w:rsidR="006A4C8F" w:rsidRPr="00960E46" w:rsidRDefault="00000000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960E46">
        <w:rPr>
          <w:rFonts w:ascii="Times New Roman" w:hAnsi="Times New Roman" w:cs="Times New Roman"/>
          <w:szCs w:val="24"/>
          <w:lang w:val="ru-RU"/>
        </w:rPr>
        <w:t>ИНФОБЛОК «НОВОСТИ»</w:t>
      </w:r>
    </w:p>
    <w:p w14:paraId="6436DFB6" w14:textId="5AEFA225" w:rsidR="006A4C8F" w:rsidRPr="00D02DDB" w:rsidRDefault="00000000" w:rsidP="00D02DDB">
      <w:pPr>
        <w:spacing w:after="60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>Используется на страницах «Новости, события», «Новости Совета Контрольно-счётных органов Краснодарского края», «Новости Совета ветеранов» и «Публикации в СМИ».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851"/>
        <w:gridCol w:w="850"/>
        <w:gridCol w:w="2126"/>
        <w:gridCol w:w="1430"/>
        <w:gridCol w:w="2127"/>
      </w:tblGrid>
      <w:tr w:rsidR="001970F2" w:rsidRPr="00D02DDB" w14:paraId="6C2354D3" w14:textId="05A0E5C4" w:rsidTr="000727CD">
        <w:trPr>
          <w:tblHeader/>
          <w:jc w:val="center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8314414" w14:textId="77777777" w:rsidR="001970F2" w:rsidRPr="00D02DDB" w:rsidRDefault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Название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50D6985" w14:textId="77777777" w:rsidR="001970F2" w:rsidRPr="00D02DDB" w:rsidRDefault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Тип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E95B3E8" w14:textId="77777777" w:rsidR="001970F2" w:rsidRPr="00D02DDB" w:rsidRDefault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Обяз.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023CC03" w14:textId="77777777" w:rsidR="001970F2" w:rsidRPr="00D02DDB" w:rsidRDefault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Множ.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85644CF" w14:textId="77777777" w:rsidR="001970F2" w:rsidRPr="00D02DDB" w:rsidRDefault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Примечание</w:t>
            </w:r>
          </w:p>
        </w:tc>
        <w:tc>
          <w:tcPr>
            <w:tcW w:w="1430" w:type="dxa"/>
            <w:shd w:val="clear" w:color="auto" w:fill="D9D9D9" w:themeFill="background1" w:themeFillShade="D9"/>
            <w:vAlign w:val="center"/>
          </w:tcPr>
          <w:p w14:paraId="209AC279" w14:textId="77777777" w:rsidR="001970F2" w:rsidRPr="00D02DDB" w:rsidRDefault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Символьный код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89B4F00" w14:textId="3E69F8AF" w:rsidR="001970F2" w:rsidRPr="00D02DDB" w:rsidRDefault="001970F2">
            <w:pPr>
              <w:spacing w:after="0"/>
              <w:rPr>
                <w:rFonts w:cs="Times New Roman"/>
                <w:b/>
                <w:color w:val="000000"/>
                <w:lang w:val="ru-RU"/>
              </w:rPr>
            </w:pPr>
            <w:r w:rsidRPr="00D02DDB">
              <w:rPr>
                <w:rFonts w:cs="Times New Roman"/>
                <w:b/>
                <w:color w:val="000000"/>
                <w:lang w:val="ru-RU"/>
              </w:rPr>
              <w:t>Откуда переносить</w:t>
            </w:r>
          </w:p>
        </w:tc>
      </w:tr>
      <w:tr w:rsidR="001970F2" w:rsidRPr="00D02DDB" w14:paraId="3941950D" w14:textId="49325F5A" w:rsidTr="000727CD">
        <w:trPr>
          <w:cantSplit/>
          <w:jc w:val="center"/>
        </w:trPr>
        <w:tc>
          <w:tcPr>
            <w:tcW w:w="1843" w:type="dxa"/>
            <w:vAlign w:val="center"/>
          </w:tcPr>
          <w:p w14:paraId="227A1DB0" w14:textId="77777777" w:rsidR="001970F2" w:rsidRPr="00D02DDB" w:rsidRDefault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Название</w:t>
            </w:r>
          </w:p>
        </w:tc>
        <w:tc>
          <w:tcPr>
            <w:tcW w:w="1134" w:type="dxa"/>
            <w:vAlign w:val="center"/>
          </w:tcPr>
          <w:p w14:paraId="41D1A627" w14:textId="77777777" w:rsidR="001970F2" w:rsidRPr="00D02DDB" w:rsidRDefault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851" w:type="dxa"/>
            <w:vAlign w:val="center"/>
          </w:tcPr>
          <w:p w14:paraId="22E00F5F" w14:textId="77777777" w:rsidR="001970F2" w:rsidRPr="00D02DDB" w:rsidRDefault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850" w:type="dxa"/>
            <w:vAlign w:val="center"/>
          </w:tcPr>
          <w:p w14:paraId="08BA63E4" w14:textId="77777777" w:rsidR="001970F2" w:rsidRPr="00D02DDB" w:rsidRDefault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6" w:type="dxa"/>
            <w:vAlign w:val="center"/>
          </w:tcPr>
          <w:p w14:paraId="7196D407" w14:textId="77777777" w:rsidR="001970F2" w:rsidRPr="00D02DDB" w:rsidRDefault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Заголовок новости</w:t>
            </w:r>
          </w:p>
        </w:tc>
        <w:tc>
          <w:tcPr>
            <w:tcW w:w="1430" w:type="dxa"/>
            <w:vAlign w:val="center"/>
          </w:tcPr>
          <w:p w14:paraId="42510535" w14:textId="77777777" w:rsidR="001970F2" w:rsidRPr="00D02DDB" w:rsidRDefault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C80E64B" w14:textId="64E08D0A" w:rsidR="001970F2" w:rsidRPr="00D02DDB" w:rsidRDefault="001970F2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Заголовок новости</w:t>
            </w:r>
          </w:p>
        </w:tc>
      </w:tr>
      <w:tr w:rsidR="001970F2" w:rsidRPr="00D02DDB" w14:paraId="1FBBE49B" w14:textId="680F9067" w:rsidTr="000727CD">
        <w:trPr>
          <w:cantSplit/>
          <w:jc w:val="center"/>
        </w:trPr>
        <w:tc>
          <w:tcPr>
            <w:tcW w:w="1843" w:type="dxa"/>
            <w:vAlign w:val="center"/>
          </w:tcPr>
          <w:p w14:paraId="23FFE28D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Дата начала активности</w:t>
            </w:r>
          </w:p>
        </w:tc>
        <w:tc>
          <w:tcPr>
            <w:tcW w:w="1134" w:type="dxa"/>
            <w:vAlign w:val="center"/>
          </w:tcPr>
          <w:p w14:paraId="2AA2F1FF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851" w:type="dxa"/>
            <w:vAlign w:val="center"/>
          </w:tcPr>
          <w:p w14:paraId="482A9502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850" w:type="dxa"/>
            <w:vAlign w:val="center"/>
          </w:tcPr>
          <w:p w14:paraId="24A3519C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6" w:type="dxa"/>
            <w:vAlign w:val="center"/>
          </w:tcPr>
          <w:p w14:paraId="287E8605" w14:textId="77777777" w:rsidR="001970F2" w:rsidRPr="00D02DDB" w:rsidRDefault="001970F2" w:rsidP="001970F2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Дата публикации; используется для сортировки</w:t>
            </w:r>
          </w:p>
        </w:tc>
        <w:tc>
          <w:tcPr>
            <w:tcW w:w="1430" w:type="dxa"/>
            <w:vAlign w:val="center"/>
          </w:tcPr>
          <w:p w14:paraId="18E83813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823B25C" w14:textId="20510BAE" w:rsidR="001970F2" w:rsidRPr="00D02DDB" w:rsidRDefault="001970F2" w:rsidP="001970F2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Дата публикации</w:t>
            </w:r>
          </w:p>
        </w:tc>
      </w:tr>
      <w:tr w:rsidR="001970F2" w:rsidRPr="00D02DDB" w14:paraId="0A82DF23" w14:textId="4C7E3F53" w:rsidTr="000727CD">
        <w:trPr>
          <w:cantSplit/>
          <w:jc w:val="center"/>
        </w:trPr>
        <w:tc>
          <w:tcPr>
            <w:tcW w:w="1843" w:type="dxa"/>
            <w:vAlign w:val="center"/>
          </w:tcPr>
          <w:p w14:paraId="063DCE87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Дата окончания активности</w:t>
            </w:r>
          </w:p>
        </w:tc>
        <w:tc>
          <w:tcPr>
            <w:tcW w:w="1134" w:type="dxa"/>
            <w:vAlign w:val="center"/>
          </w:tcPr>
          <w:p w14:paraId="0C28B7B6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851" w:type="dxa"/>
            <w:vAlign w:val="center"/>
          </w:tcPr>
          <w:p w14:paraId="111C6A1B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850" w:type="dxa"/>
            <w:vAlign w:val="center"/>
          </w:tcPr>
          <w:p w14:paraId="0A1F4F00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6" w:type="dxa"/>
            <w:vAlign w:val="center"/>
          </w:tcPr>
          <w:p w14:paraId="6E266786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Дата окончания публикации</w:t>
            </w:r>
          </w:p>
        </w:tc>
        <w:tc>
          <w:tcPr>
            <w:tcW w:w="1430" w:type="dxa"/>
            <w:vAlign w:val="center"/>
          </w:tcPr>
          <w:p w14:paraId="525E662E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2502D12" w14:textId="77777777" w:rsidR="001970F2" w:rsidRPr="00D02DDB" w:rsidRDefault="001970F2" w:rsidP="001970F2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1970F2" w:rsidRPr="00D02DDB" w14:paraId="3C25DC2D" w14:textId="258ADCC4" w:rsidTr="000727CD">
        <w:trPr>
          <w:cantSplit/>
          <w:jc w:val="center"/>
        </w:trPr>
        <w:tc>
          <w:tcPr>
            <w:tcW w:w="1843" w:type="dxa"/>
            <w:vAlign w:val="center"/>
          </w:tcPr>
          <w:p w14:paraId="30E7FEF6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Описание анонса</w:t>
            </w:r>
          </w:p>
        </w:tc>
        <w:tc>
          <w:tcPr>
            <w:tcW w:w="1134" w:type="dxa"/>
            <w:vAlign w:val="center"/>
          </w:tcPr>
          <w:p w14:paraId="4F2D036D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851" w:type="dxa"/>
            <w:vAlign w:val="center"/>
          </w:tcPr>
          <w:p w14:paraId="0CE94132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850" w:type="dxa"/>
            <w:vAlign w:val="center"/>
          </w:tcPr>
          <w:p w14:paraId="6B76D169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6" w:type="dxa"/>
            <w:vAlign w:val="center"/>
          </w:tcPr>
          <w:p w14:paraId="484C9677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Краткий текст новости</w:t>
            </w:r>
          </w:p>
        </w:tc>
        <w:tc>
          <w:tcPr>
            <w:tcW w:w="1430" w:type="dxa"/>
            <w:vAlign w:val="center"/>
          </w:tcPr>
          <w:p w14:paraId="3D352DAB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B441382" w14:textId="4186DC67" w:rsidR="001970F2" w:rsidRPr="00D02DDB" w:rsidRDefault="000727CD" w:rsidP="001970F2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Описание или первый абзац</w:t>
            </w:r>
          </w:p>
        </w:tc>
      </w:tr>
      <w:tr w:rsidR="001970F2" w:rsidRPr="00D02DDB" w14:paraId="66AC7B20" w14:textId="5DAD46EE" w:rsidTr="000727CD">
        <w:trPr>
          <w:cantSplit/>
          <w:jc w:val="center"/>
        </w:trPr>
        <w:tc>
          <w:tcPr>
            <w:tcW w:w="1843" w:type="dxa"/>
            <w:vAlign w:val="center"/>
          </w:tcPr>
          <w:p w14:paraId="137C8923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Детальная картинка</w:t>
            </w:r>
          </w:p>
        </w:tc>
        <w:tc>
          <w:tcPr>
            <w:tcW w:w="1134" w:type="dxa"/>
            <w:vAlign w:val="center"/>
          </w:tcPr>
          <w:p w14:paraId="2BA5AE93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851" w:type="dxa"/>
            <w:vAlign w:val="center"/>
          </w:tcPr>
          <w:p w14:paraId="0E271359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850" w:type="dxa"/>
            <w:vAlign w:val="center"/>
          </w:tcPr>
          <w:p w14:paraId="0C1DFDEC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6" w:type="dxa"/>
            <w:vAlign w:val="center"/>
          </w:tcPr>
          <w:p w14:paraId="75A3103C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Основное изображение</w:t>
            </w:r>
          </w:p>
        </w:tc>
        <w:tc>
          <w:tcPr>
            <w:tcW w:w="1430" w:type="dxa"/>
            <w:vAlign w:val="center"/>
          </w:tcPr>
          <w:p w14:paraId="0BB2D545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B86F718" w14:textId="66813EE3" w:rsidR="001970F2" w:rsidRPr="00D02DDB" w:rsidRDefault="000727CD" w:rsidP="001970F2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Детальное изображение и миниатюра</w:t>
            </w:r>
          </w:p>
        </w:tc>
      </w:tr>
      <w:tr w:rsidR="001970F2" w:rsidRPr="00D02DDB" w14:paraId="750872EE" w14:textId="63C23D5E" w:rsidTr="000727CD">
        <w:trPr>
          <w:cantSplit/>
          <w:jc w:val="center"/>
        </w:trPr>
        <w:tc>
          <w:tcPr>
            <w:tcW w:w="1843" w:type="dxa"/>
            <w:vAlign w:val="center"/>
          </w:tcPr>
          <w:p w14:paraId="01FC6A46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Детальное описание</w:t>
            </w:r>
          </w:p>
        </w:tc>
        <w:tc>
          <w:tcPr>
            <w:tcW w:w="1134" w:type="dxa"/>
            <w:vAlign w:val="center"/>
          </w:tcPr>
          <w:p w14:paraId="4B85A545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851" w:type="dxa"/>
            <w:vAlign w:val="center"/>
          </w:tcPr>
          <w:p w14:paraId="6122177E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850" w:type="dxa"/>
            <w:vAlign w:val="center"/>
          </w:tcPr>
          <w:p w14:paraId="73EC1BEE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6" w:type="dxa"/>
            <w:vAlign w:val="center"/>
          </w:tcPr>
          <w:p w14:paraId="43F86D86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Полный текст новости</w:t>
            </w:r>
          </w:p>
        </w:tc>
        <w:tc>
          <w:tcPr>
            <w:tcW w:w="1430" w:type="dxa"/>
            <w:vAlign w:val="center"/>
          </w:tcPr>
          <w:p w14:paraId="2C8E9575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DB91D56" w14:textId="3F694027" w:rsidR="001970F2" w:rsidRPr="00D02DDB" w:rsidRDefault="000727CD" w:rsidP="001970F2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Текст новости</w:t>
            </w:r>
            <w:r w:rsidR="00D02DDB">
              <w:rPr>
                <w:rFonts w:cs="Times New Roman"/>
                <w:color w:val="000000"/>
                <w:lang w:val="ru-RU"/>
              </w:rPr>
              <w:t xml:space="preserve"> </w:t>
            </w:r>
          </w:p>
        </w:tc>
      </w:tr>
      <w:tr w:rsidR="001970F2" w:rsidRPr="00D02DDB" w14:paraId="6A28705F" w14:textId="31A72C15" w:rsidTr="000727CD">
        <w:trPr>
          <w:cantSplit/>
          <w:jc w:val="center"/>
        </w:trPr>
        <w:tc>
          <w:tcPr>
            <w:tcW w:w="1843" w:type="dxa"/>
            <w:vAlign w:val="center"/>
          </w:tcPr>
          <w:p w14:paraId="602E14F6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Дополнительные изображения</w:t>
            </w:r>
          </w:p>
        </w:tc>
        <w:tc>
          <w:tcPr>
            <w:tcW w:w="1134" w:type="dxa"/>
            <w:vAlign w:val="center"/>
          </w:tcPr>
          <w:p w14:paraId="62E70EFC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Файл</w:t>
            </w:r>
          </w:p>
        </w:tc>
        <w:tc>
          <w:tcPr>
            <w:tcW w:w="851" w:type="dxa"/>
            <w:vAlign w:val="center"/>
          </w:tcPr>
          <w:p w14:paraId="5536CFC8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0" w:type="dxa"/>
            <w:vAlign w:val="center"/>
          </w:tcPr>
          <w:p w14:paraId="32CE1DA0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2126" w:type="dxa"/>
            <w:vAlign w:val="center"/>
          </w:tcPr>
          <w:p w14:paraId="2853412B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Фотогалерея</w:t>
            </w:r>
          </w:p>
        </w:tc>
        <w:tc>
          <w:tcPr>
            <w:tcW w:w="1430" w:type="dxa"/>
            <w:vAlign w:val="center"/>
          </w:tcPr>
          <w:p w14:paraId="1CF7D162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MORE_PHOTO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552F22D" w14:textId="131A201B" w:rsidR="001970F2" w:rsidRPr="00D02DDB" w:rsidRDefault="000727CD" w:rsidP="001970F2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eastAsia="Arial" w:cs="Times New Roman"/>
                <w:color w:val="10212F"/>
                <w:lang w:val="ru-RU"/>
              </w:rPr>
              <w:t>Фото и галереи внутри текста</w:t>
            </w:r>
          </w:p>
        </w:tc>
      </w:tr>
      <w:tr w:rsidR="001970F2" w:rsidRPr="00D02DDB" w14:paraId="1D590CE8" w14:textId="0A218C4E" w:rsidTr="000727CD">
        <w:trPr>
          <w:cantSplit/>
          <w:jc w:val="center"/>
        </w:trPr>
        <w:tc>
          <w:tcPr>
            <w:tcW w:w="1843" w:type="dxa"/>
            <w:vAlign w:val="center"/>
          </w:tcPr>
          <w:p w14:paraId="2C6BC933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Видео</w:t>
            </w:r>
          </w:p>
        </w:tc>
        <w:tc>
          <w:tcPr>
            <w:tcW w:w="1134" w:type="dxa"/>
            <w:vAlign w:val="center"/>
          </w:tcPr>
          <w:p w14:paraId="3E127774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Строка</w:t>
            </w:r>
          </w:p>
        </w:tc>
        <w:tc>
          <w:tcPr>
            <w:tcW w:w="851" w:type="dxa"/>
            <w:vAlign w:val="center"/>
          </w:tcPr>
          <w:p w14:paraId="657D7362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0" w:type="dxa"/>
            <w:vAlign w:val="center"/>
          </w:tcPr>
          <w:p w14:paraId="18C05311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2126" w:type="dxa"/>
            <w:vAlign w:val="center"/>
          </w:tcPr>
          <w:p w14:paraId="253F6C33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Код/ссылка видеоматериала</w:t>
            </w:r>
          </w:p>
        </w:tc>
        <w:tc>
          <w:tcPr>
            <w:tcW w:w="1430" w:type="dxa"/>
            <w:vAlign w:val="center"/>
          </w:tcPr>
          <w:p w14:paraId="0D269CC6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VIDEO_FILE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44104BA7" w14:textId="6DEB2D1A" w:rsidR="001970F2" w:rsidRPr="00D02DDB" w:rsidRDefault="000727CD" w:rsidP="001970F2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eastAsia="Arial" w:cs="Times New Roman"/>
                <w:color w:val="10212F"/>
                <w:lang w:val="ru-RU"/>
              </w:rPr>
              <w:t xml:space="preserve">Встроенное 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>видео рутуб</w:t>
            </w:r>
          </w:p>
        </w:tc>
      </w:tr>
      <w:tr w:rsidR="001970F2" w:rsidRPr="00D02DDB" w14:paraId="00100712" w14:textId="40330BCD" w:rsidTr="000727CD">
        <w:trPr>
          <w:cantSplit/>
          <w:jc w:val="center"/>
        </w:trPr>
        <w:tc>
          <w:tcPr>
            <w:tcW w:w="1843" w:type="dxa"/>
            <w:vAlign w:val="center"/>
          </w:tcPr>
          <w:p w14:paraId="7C50E3DD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Документы</w:t>
            </w:r>
          </w:p>
        </w:tc>
        <w:tc>
          <w:tcPr>
            <w:tcW w:w="1134" w:type="dxa"/>
            <w:vAlign w:val="center"/>
          </w:tcPr>
          <w:p w14:paraId="46428F58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Файл</w:t>
            </w:r>
          </w:p>
        </w:tc>
        <w:tc>
          <w:tcPr>
            <w:tcW w:w="851" w:type="dxa"/>
            <w:vAlign w:val="center"/>
          </w:tcPr>
          <w:p w14:paraId="0281F8C4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0" w:type="dxa"/>
            <w:vAlign w:val="center"/>
          </w:tcPr>
          <w:p w14:paraId="4F3129DB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2126" w:type="dxa"/>
            <w:vAlign w:val="center"/>
          </w:tcPr>
          <w:p w14:paraId="2C1F884F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Файлы к публикации</w:t>
            </w:r>
          </w:p>
        </w:tc>
        <w:tc>
          <w:tcPr>
            <w:tcW w:w="1430" w:type="dxa"/>
            <w:vAlign w:val="center"/>
          </w:tcPr>
          <w:p w14:paraId="50BD0FB2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DOCUMENTS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15891EA" w14:textId="213DE43F" w:rsidR="001970F2" w:rsidRPr="00D02DDB" w:rsidRDefault="000727CD" w:rsidP="001970F2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eastAsia="Arial" w:cs="Times New Roman"/>
                <w:color w:val="10212F"/>
                <w:lang w:val="ru-RU"/>
              </w:rPr>
              <w:t>Файлы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 xml:space="preserve"> в тексте</w:t>
            </w:r>
          </w:p>
        </w:tc>
      </w:tr>
      <w:tr w:rsidR="001970F2" w:rsidRPr="00D02DDB" w14:paraId="1C01F605" w14:textId="3DE27AB3" w:rsidTr="000727CD">
        <w:trPr>
          <w:cantSplit/>
          <w:jc w:val="center"/>
        </w:trPr>
        <w:tc>
          <w:tcPr>
            <w:tcW w:w="1843" w:type="dxa"/>
            <w:vAlign w:val="center"/>
          </w:tcPr>
          <w:p w14:paraId="01EBE422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Источник публикации</w:t>
            </w:r>
          </w:p>
        </w:tc>
        <w:tc>
          <w:tcPr>
            <w:tcW w:w="1134" w:type="dxa"/>
            <w:vAlign w:val="center"/>
          </w:tcPr>
          <w:p w14:paraId="519B8E5F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Строка</w:t>
            </w:r>
          </w:p>
        </w:tc>
        <w:tc>
          <w:tcPr>
            <w:tcW w:w="851" w:type="dxa"/>
            <w:vAlign w:val="center"/>
          </w:tcPr>
          <w:p w14:paraId="57B1A57A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0" w:type="dxa"/>
            <w:vAlign w:val="center"/>
          </w:tcPr>
          <w:p w14:paraId="55260E37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2126" w:type="dxa"/>
            <w:vAlign w:val="center"/>
          </w:tcPr>
          <w:p w14:paraId="2FFC261A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Для публикаций в СМИ</w:t>
            </w:r>
          </w:p>
        </w:tc>
        <w:tc>
          <w:tcPr>
            <w:tcW w:w="1430" w:type="dxa"/>
            <w:vAlign w:val="center"/>
          </w:tcPr>
          <w:p w14:paraId="774E9047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SOURCE_NAME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48A03D0" w14:textId="3BCC3F7F" w:rsidR="001970F2" w:rsidRPr="00D02DDB" w:rsidRDefault="000727CD" w:rsidP="001970F2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eastAsia="Arial" w:cs="Times New Roman"/>
                <w:color w:val="10212F"/>
                <w:lang w:val="ru-RU"/>
              </w:rPr>
              <w:t>Используется в основном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 xml:space="preserve"> 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 xml:space="preserve">в 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>«Публикаций в СМИ»</w:t>
            </w:r>
          </w:p>
        </w:tc>
      </w:tr>
      <w:tr w:rsidR="001970F2" w:rsidRPr="00D02DDB" w14:paraId="04D86F87" w14:textId="2DC11F40" w:rsidTr="000727CD">
        <w:trPr>
          <w:cantSplit/>
          <w:jc w:val="center"/>
        </w:trPr>
        <w:tc>
          <w:tcPr>
            <w:tcW w:w="1843" w:type="dxa"/>
            <w:vAlign w:val="center"/>
          </w:tcPr>
          <w:p w14:paraId="1247EBD2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Ссылка на источник</w:t>
            </w:r>
          </w:p>
        </w:tc>
        <w:tc>
          <w:tcPr>
            <w:tcW w:w="1134" w:type="dxa"/>
            <w:vAlign w:val="center"/>
          </w:tcPr>
          <w:p w14:paraId="6C2E8E22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Строка</w:t>
            </w:r>
          </w:p>
        </w:tc>
        <w:tc>
          <w:tcPr>
            <w:tcW w:w="851" w:type="dxa"/>
            <w:vAlign w:val="center"/>
          </w:tcPr>
          <w:p w14:paraId="510FAD0E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0" w:type="dxa"/>
            <w:vAlign w:val="center"/>
          </w:tcPr>
          <w:p w14:paraId="616ED1EB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2126" w:type="dxa"/>
            <w:vAlign w:val="center"/>
          </w:tcPr>
          <w:p w14:paraId="73780A6C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Ссылка на оригинал публикации</w:t>
            </w:r>
          </w:p>
        </w:tc>
        <w:tc>
          <w:tcPr>
            <w:tcW w:w="1430" w:type="dxa"/>
            <w:vAlign w:val="center"/>
          </w:tcPr>
          <w:p w14:paraId="5F34BA35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SOURCE_LINK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64D8A82C" w14:textId="764A6A24" w:rsidR="001970F2" w:rsidRPr="00D02DDB" w:rsidRDefault="000727CD" w:rsidP="001970F2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eastAsia="Arial" w:cs="Times New Roman"/>
                <w:color w:val="10212F"/>
                <w:lang w:val="ru-RU"/>
              </w:rPr>
              <w:t>Используется в основном в «Публикаций в СМИ»</w:t>
            </w:r>
          </w:p>
        </w:tc>
      </w:tr>
      <w:tr w:rsidR="001970F2" w:rsidRPr="00D02DDB" w14:paraId="101E1AB3" w14:textId="66B89C97" w:rsidTr="000727CD">
        <w:trPr>
          <w:cantSplit/>
          <w:jc w:val="center"/>
        </w:trPr>
        <w:tc>
          <w:tcPr>
            <w:tcW w:w="1843" w:type="dxa"/>
            <w:vAlign w:val="center"/>
          </w:tcPr>
          <w:p w14:paraId="7E3B5393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Член коллегии</w:t>
            </w:r>
          </w:p>
        </w:tc>
        <w:tc>
          <w:tcPr>
            <w:tcW w:w="1134" w:type="dxa"/>
            <w:vAlign w:val="center"/>
          </w:tcPr>
          <w:p w14:paraId="45021DD2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Привязка к элементам</w:t>
            </w:r>
          </w:p>
        </w:tc>
        <w:tc>
          <w:tcPr>
            <w:tcW w:w="851" w:type="dxa"/>
            <w:vAlign w:val="center"/>
          </w:tcPr>
          <w:p w14:paraId="7D3EDF05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0" w:type="dxa"/>
            <w:vAlign w:val="center"/>
          </w:tcPr>
          <w:p w14:paraId="6FFECBEF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2126" w:type="dxa"/>
            <w:vAlign w:val="center"/>
          </w:tcPr>
          <w:p w14:paraId="1CE2791A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Связь с инфоблоком «Коллегия»</w:t>
            </w:r>
          </w:p>
        </w:tc>
        <w:tc>
          <w:tcPr>
            <w:tcW w:w="1430" w:type="dxa"/>
            <w:vAlign w:val="center"/>
          </w:tcPr>
          <w:p w14:paraId="374C95DD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COLLEGIUM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35C2951" w14:textId="5F5FB4D6" w:rsidR="001970F2" w:rsidRPr="00D02DDB" w:rsidRDefault="000727CD" w:rsidP="001970F2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Новое поле для привязки сотрудника к новости/мероприятию</w:t>
            </w:r>
          </w:p>
        </w:tc>
      </w:tr>
      <w:tr w:rsidR="001970F2" w:rsidRPr="00D02DDB" w14:paraId="4E724C6A" w14:textId="11A9E7D0" w:rsidTr="000727CD">
        <w:trPr>
          <w:cantSplit/>
          <w:jc w:val="center"/>
        </w:trPr>
        <w:tc>
          <w:tcPr>
            <w:tcW w:w="1843" w:type="dxa"/>
            <w:vAlign w:val="center"/>
          </w:tcPr>
          <w:p w14:paraId="6DF30F94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Видео</w:t>
            </w:r>
          </w:p>
        </w:tc>
        <w:tc>
          <w:tcPr>
            <w:tcW w:w="1134" w:type="dxa"/>
            <w:vAlign w:val="center"/>
          </w:tcPr>
          <w:p w14:paraId="20A996B4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Файл</w:t>
            </w:r>
          </w:p>
        </w:tc>
        <w:tc>
          <w:tcPr>
            <w:tcW w:w="851" w:type="dxa"/>
            <w:vAlign w:val="center"/>
          </w:tcPr>
          <w:p w14:paraId="25074D7C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0" w:type="dxa"/>
            <w:vAlign w:val="center"/>
          </w:tcPr>
          <w:p w14:paraId="24345C93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2126" w:type="dxa"/>
            <w:vAlign w:val="center"/>
          </w:tcPr>
          <w:p w14:paraId="07D034AB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Видеофайлы</w:t>
            </w:r>
          </w:p>
        </w:tc>
        <w:tc>
          <w:tcPr>
            <w:tcW w:w="1430" w:type="dxa"/>
            <w:vAlign w:val="center"/>
          </w:tcPr>
          <w:p w14:paraId="59813F9D" w14:textId="77777777" w:rsidR="001970F2" w:rsidRPr="00D02DDB" w:rsidRDefault="001970F2" w:rsidP="001970F2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VIDEO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E2ED2CE" w14:textId="4F226D32" w:rsidR="001970F2" w:rsidRPr="00D02DDB" w:rsidRDefault="000727CD" w:rsidP="001970F2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Видео файлом</w:t>
            </w:r>
          </w:p>
        </w:tc>
      </w:tr>
    </w:tbl>
    <w:p w14:paraId="69235F48" w14:textId="429C3C8A" w:rsidR="006A4C8F" w:rsidRPr="00D02DDB" w:rsidRDefault="006A4C8F">
      <w:pPr>
        <w:pStyle w:val="21"/>
        <w:rPr>
          <w:rFonts w:ascii="Times New Roman" w:hAnsi="Times New Roman" w:cs="Times New Roman"/>
          <w:szCs w:val="22"/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211"/>
        <w:gridCol w:w="5245"/>
      </w:tblGrid>
      <w:tr w:rsidR="00D02DDB" w:rsidRPr="00D02DDB" w14:paraId="5A00FEB2" w14:textId="77777777" w:rsidTr="00D02DDB">
        <w:tc>
          <w:tcPr>
            <w:tcW w:w="5211" w:type="dxa"/>
            <w:shd w:val="clear" w:color="auto" w:fill="D9D9D9" w:themeFill="background1" w:themeFillShade="D9"/>
          </w:tcPr>
          <w:p w14:paraId="7EFC7EC3" w14:textId="621B4BBF" w:rsidR="00D02DDB" w:rsidRPr="00D02DDB" w:rsidRDefault="00D02DDB" w:rsidP="00D02DDB">
            <w:pPr>
              <w:jc w:val="center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 xml:space="preserve">Разделы </w:t>
            </w:r>
            <w:r>
              <w:rPr>
                <w:rFonts w:cs="Times New Roman"/>
                <w:lang w:val="ru-RU"/>
              </w:rPr>
              <w:t>инфоблока «Новости» нового сайта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3797EA37" w14:textId="20C3097A" w:rsidR="00D02DDB" w:rsidRPr="00D02DDB" w:rsidRDefault="00D02DDB" w:rsidP="00D02DDB">
            <w:pPr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Старый сайт</w:t>
            </w:r>
          </w:p>
        </w:tc>
      </w:tr>
      <w:tr w:rsidR="000727CD" w:rsidRPr="00D02DDB" w14:paraId="3E2A54CC" w14:textId="77777777" w:rsidTr="00D02DDB">
        <w:tc>
          <w:tcPr>
            <w:tcW w:w="5211" w:type="dxa"/>
          </w:tcPr>
          <w:p w14:paraId="52B427AC" w14:textId="584B1956" w:rsidR="000727CD" w:rsidRPr="00D02DDB" w:rsidRDefault="000727CD" w:rsidP="000727CD">
            <w:pPr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</w:rPr>
              <w:t>Новости палаты</w:t>
            </w:r>
          </w:p>
        </w:tc>
        <w:tc>
          <w:tcPr>
            <w:tcW w:w="5245" w:type="dxa"/>
          </w:tcPr>
          <w:p w14:paraId="6462D24A" w14:textId="295CA418" w:rsidR="000727CD" w:rsidRPr="00D02DDB" w:rsidRDefault="000727CD" w:rsidP="000727CD">
            <w:pPr>
              <w:rPr>
                <w:rFonts w:cs="Times New Roman"/>
                <w:lang w:val="ru-RU"/>
              </w:rPr>
            </w:pPr>
            <w:hyperlink r:id="rId8" w:history="1">
              <w:r w:rsidRPr="00D02DDB">
                <w:rPr>
                  <w:rStyle w:val="aff8"/>
                  <w:rFonts w:cs="Times New Roman"/>
                </w:rPr>
                <w:t>https://kspkuban.ru/?cat=5</w:t>
              </w:r>
            </w:hyperlink>
          </w:p>
        </w:tc>
      </w:tr>
      <w:tr w:rsidR="000727CD" w:rsidRPr="00D02DDB" w14:paraId="1918EFDB" w14:textId="77777777" w:rsidTr="00D02DDB">
        <w:tc>
          <w:tcPr>
            <w:tcW w:w="5211" w:type="dxa"/>
          </w:tcPr>
          <w:p w14:paraId="7903EFDF" w14:textId="7A9191AF" w:rsidR="000727CD" w:rsidRPr="00D02DDB" w:rsidRDefault="000727CD" w:rsidP="000727CD">
            <w:pPr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 xml:space="preserve">Новости Совета Контрольно-счётных органов Краснодарского края </w:t>
            </w:r>
          </w:p>
        </w:tc>
        <w:tc>
          <w:tcPr>
            <w:tcW w:w="5245" w:type="dxa"/>
          </w:tcPr>
          <w:p w14:paraId="27162F15" w14:textId="0CBB24BA" w:rsidR="000727CD" w:rsidRPr="00D02DDB" w:rsidRDefault="000727CD" w:rsidP="000727CD">
            <w:pPr>
              <w:rPr>
                <w:rFonts w:cs="Times New Roman"/>
                <w:lang w:val="ru-RU"/>
              </w:rPr>
            </w:pPr>
            <w:hyperlink r:id="rId9" w:history="1">
              <w:r w:rsidRPr="00D02DDB">
                <w:rPr>
                  <w:rStyle w:val="aff8"/>
                  <w:rFonts w:cs="Times New Roman"/>
                  <w:lang w:val="ru-RU"/>
                </w:rPr>
                <w:t>https://kspkuban.ru/?cat=18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  <w:tr w:rsidR="000727CD" w:rsidRPr="00D02DDB" w14:paraId="4F479A57" w14:textId="77777777" w:rsidTr="00D02DDB">
        <w:tc>
          <w:tcPr>
            <w:tcW w:w="5211" w:type="dxa"/>
          </w:tcPr>
          <w:p w14:paraId="6CB65303" w14:textId="4B7B3086" w:rsidR="000727CD" w:rsidRPr="00D02DDB" w:rsidRDefault="000727CD" w:rsidP="000727CD">
            <w:pPr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</w:rPr>
              <w:t xml:space="preserve">Новости Совета ветеранов </w:t>
            </w:r>
          </w:p>
        </w:tc>
        <w:tc>
          <w:tcPr>
            <w:tcW w:w="5245" w:type="dxa"/>
          </w:tcPr>
          <w:p w14:paraId="299B8B9C" w14:textId="28F4144A" w:rsidR="000727CD" w:rsidRPr="00D02DDB" w:rsidRDefault="000727CD" w:rsidP="000727CD">
            <w:pPr>
              <w:rPr>
                <w:rFonts w:cs="Times New Roman"/>
                <w:lang w:val="ru-RU"/>
              </w:rPr>
            </w:pPr>
            <w:hyperlink r:id="rId10" w:history="1">
              <w:r w:rsidRPr="00D02DDB">
                <w:rPr>
                  <w:rStyle w:val="aff8"/>
                  <w:rFonts w:cs="Times New Roman"/>
                  <w:lang w:val="ru-RU"/>
                </w:rPr>
                <w:t>https://kspkuban.ru/?cat=27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  <w:tr w:rsidR="000727CD" w:rsidRPr="00D02DDB" w14:paraId="1A78DECF" w14:textId="77777777" w:rsidTr="00D02DDB">
        <w:tc>
          <w:tcPr>
            <w:tcW w:w="5211" w:type="dxa"/>
          </w:tcPr>
          <w:p w14:paraId="08F8DE11" w14:textId="502F8E84" w:rsidR="000727CD" w:rsidRPr="00D02DDB" w:rsidRDefault="000727CD" w:rsidP="000727CD">
            <w:pPr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</w:rPr>
              <w:t>Публикации в СМИ</w:t>
            </w:r>
          </w:p>
        </w:tc>
        <w:tc>
          <w:tcPr>
            <w:tcW w:w="5245" w:type="dxa"/>
          </w:tcPr>
          <w:p w14:paraId="4E6BD936" w14:textId="3ECA366B" w:rsidR="000727CD" w:rsidRPr="00D02DDB" w:rsidRDefault="000727CD" w:rsidP="000727CD">
            <w:pPr>
              <w:rPr>
                <w:rFonts w:cs="Times New Roman"/>
                <w:lang w:val="ru-RU"/>
              </w:rPr>
            </w:pPr>
            <w:hyperlink r:id="rId11" w:history="1">
              <w:r w:rsidRPr="00D02DDB">
                <w:rPr>
                  <w:rStyle w:val="aff8"/>
                  <w:rFonts w:cs="Times New Roman"/>
                </w:rPr>
                <w:t>https://kspkuban.ru/?cat=5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</w:tbl>
    <w:p w14:paraId="01B907C0" w14:textId="77777777" w:rsidR="00D02DDB" w:rsidRDefault="00D02DDB" w:rsidP="00D02DDB">
      <w:pPr>
        <w:rPr>
          <w:lang w:val="ru-RU"/>
        </w:rPr>
      </w:pPr>
    </w:p>
    <w:p w14:paraId="5B537584" w14:textId="77777777" w:rsidR="00960E46" w:rsidRPr="00D02DDB" w:rsidRDefault="00960E46" w:rsidP="00D02DDB">
      <w:pPr>
        <w:rPr>
          <w:lang w:val="ru-RU"/>
        </w:rPr>
      </w:pPr>
    </w:p>
    <w:p w14:paraId="218506E5" w14:textId="539286E5" w:rsidR="006A4C8F" w:rsidRPr="00960E46" w:rsidRDefault="00000000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960E46">
        <w:rPr>
          <w:rFonts w:ascii="Times New Roman" w:hAnsi="Times New Roman" w:cs="Times New Roman"/>
          <w:szCs w:val="24"/>
          <w:lang w:val="ru-RU"/>
        </w:rPr>
        <w:t>ИНФОБЛОК «КОЛЛЕГИЯ»</w:t>
      </w:r>
    </w:p>
    <w:p w14:paraId="231EDC3D" w14:textId="4E0B122B" w:rsidR="006A4C8F" w:rsidRPr="00D02DDB" w:rsidRDefault="00000000" w:rsidP="004563E1">
      <w:pPr>
        <w:spacing w:after="60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>Разделы инфоблока соответствуют структурным подразделениям. Данные используются на страницах «Коллегия», «Президиум Совета КСО» и «Контакты».</w:t>
      </w:r>
      <w:r w:rsidR="00A2130E" w:rsidRPr="00D02DDB">
        <w:rPr>
          <w:rFonts w:cs="Times New Roman"/>
          <w:lang w:val="ru-RU"/>
        </w:rPr>
        <w:t xml:space="preserve"> Один элемент может быть привязан к нескольким </w:t>
      </w:r>
      <w:r w:rsidR="004563E1" w:rsidRPr="00D02DDB">
        <w:rPr>
          <w:rFonts w:cs="Times New Roman"/>
          <w:lang w:val="ru-RU"/>
        </w:rPr>
        <w:t xml:space="preserve">разделам. </w:t>
      </w:r>
    </w:p>
    <w:p w14:paraId="6321507B" w14:textId="77777777" w:rsidR="004563E1" w:rsidRPr="00D02DDB" w:rsidRDefault="004563E1" w:rsidP="004563E1">
      <w:pPr>
        <w:spacing w:after="60"/>
        <w:rPr>
          <w:rFonts w:cs="Times New Roman"/>
          <w:lang w:val="ru-RU"/>
        </w:rPr>
      </w:pPr>
    </w:p>
    <w:tbl>
      <w:tblPr>
        <w:tblW w:w="11170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304"/>
        <w:gridCol w:w="789"/>
        <w:gridCol w:w="851"/>
        <w:gridCol w:w="2499"/>
        <w:gridCol w:w="1928"/>
        <w:gridCol w:w="1928"/>
      </w:tblGrid>
      <w:tr w:rsidR="00A2130E" w:rsidRPr="00D02DDB" w14:paraId="330BB8DA" w14:textId="2AC871FF" w:rsidTr="00A2130E">
        <w:trPr>
          <w:tblHeader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1F3D5EA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lastRenderedPageBreak/>
              <w:t>Название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14:paraId="32627655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Тип</w:t>
            </w:r>
          </w:p>
        </w:tc>
        <w:tc>
          <w:tcPr>
            <w:tcW w:w="789" w:type="dxa"/>
            <w:shd w:val="clear" w:color="auto" w:fill="D9D9D9" w:themeFill="background1" w:themeFillShade="D9"/>
            <w:vAlign w:val="center"/>
          </w:tcPr>
          <w:p w14:paraId="06626C2E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Обяз.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8DCD743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Множ.</w:t>
            </w:r>
          </w:p>
        </w:tc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1B3AE1CF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Примечание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center"/>
          </w:tcPr>
          <w:p w14:paraId="3CF58C14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Символьный код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66C9FCBB" w14:textId="026C5AE0" w:rsidR="00A2130E" w:rsidRPr="00D02DDB" w:rsidRDefault="00A2130E">
            <w:pPr>
              <w:spacing w:after="0"/>
              <w:rPr>
                <w:rFonts w:cs="Times New Roman"/>
                <w:b/>
                <w:color w:val="000000"/>
              </w:rPr>
            </w:pPr>
            <w:r w:rsidRPr="00D02DDB">
              <w:rPr>
                <w:rFonts w:cs="Times New Roman"/>
                <w:b/>
                <w:color w:val="000000"/>
                <w:lang w:val="ru-RU"/>
              </w:rPr>
              <w:t>Откуда переносить</w:t>
            </w:r>
          </w:p>
        </w:tc>
      </w:tr>
      <w:tr w:rsidR="00A2130E" w:rsidRPr="00D02DDB" w14:paraId="305923C7" w14:textId="6DF17B81" w:rsidTr="00A2130E">
        <w:trPr>
          <w:cantSplit/>
          <w:jc w:val="center"/>
        </w:trPr>
        <w:tc>
          <w:tcPr>
            <w:tcW w:w="1871" w:type="dxa"/>
            <w:vAlign w:val="center"/>
          </w:tcPr>
          <w:p w14:paraId="63BF5803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Название</w:t>
            </w:r>
          </w:p>
        </w:tc>
        <w:tc>
          <w:tcPr>
            <w:tcW w:w="1304" w:type="dxa"/>
            <w:vAlign w:val="center"/>
          </w:tcPr>
          <w:p w14:paraId="3EA05C9B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789" w:type="dxa"/>
            <w:vAlign w:val="center"/>
          </w:tcPr>
          <w:p w14:paraId="290D8744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851" w:type="dxa"/>
            <w:vAlign w:val="center"/>
          </w:tcPr>
          <w:p w14:paraId="070B1732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499" w:type="dxa"/>
            <w:vAlign w:val="center"/>
          </w:tcPr>
          <w:p w14:paraId="4F858452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ФИО должностного лица</w:t>
            </w:r>
          </w:p>
        </w:tc>
        <w:tc>
          <w:tcPr>
            <w:tcW w:w="1928" w:type="dxa"/>
            <w:vAlign w:val="center"/>
          </w:tcPr>
          <w:p w14:paraId="50322F9B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928" w:type="dxa"/>
          </w:tcPr>
          <w:p w14:paraId="641C0171" w14:textId="63C36870" w:rsidR="00A2130E" w:rsidRPr="00D02DDB" w:rsidRDefault="004563E1" w:rsidP="004563E1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ФИО</w:t>
            </w:r>
          </w:p>
        </w:tc>
      </w:tr>
      <w:tr w:rsidR="00A2130E" w:rsidRPr="00D02DDB" w14:paraId="4B93B7FC" w14:textId="21703660" w:rsidTr="00A2130E">
        <w:trPr>
          <w:cantSplit/>
          <w:jc w:val="center"/>
        </w:trPr>
        <w:tc>
          <w:tcPr>
            <w:tcW w:w="1871" w:type="dxa"/>
            <w:vAlign w:val="center"/>
          </w:tcPr>
          <w:p w14:paraId="66BE544B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Картинка анонса</w:t>
            </w:r>
          </w:p>
        </w:tc>
        <w:tc>
          <w:tcPr>
            <w:tcW w:w="1304" w:type="dxa"/>
            <w:vAlign w:val="center"/>
          </w:tcPr>
          <w:p w14:paraId="2EB4BAA2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789" w:type="dxa"/>
            <w:vAlign w:val="center"/>
          </w:tcPr>
          <w:p w14:paraId="66689637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851" w:type="dxa"/>
            <w:vAlign w:val="center"/>
          </w:tcPr>
          <w:p w14:paraId="5557B31E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499" w:type="dxa"/>
            <w:vAlign w:val="center"/>
          </w:tcPr>
          <w:p w14:paraId="207F5866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Фотография</w:t>
            </w:r>
          </w:p>
        </w:tc>
        <w:tc>
          <w:tcPr>
            <w:tcW w:w="1928" w:type="dxa"/>
            <w:vAlign w:val="center"/>
          </w:tcPr>
          <w:p w14:paraId="506EF401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928" w:type="dxa"/>
          </w:tcPr>
          <w:p w14:paraId="68E2D10C" w14:textId="0CB78F08" w:rsidR="00A2130E" w:rsidRPr="00D02DDB" w:rsidRDefault="004563E1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eastAsia="Arial" w:cs="Times New Roman"/>
                <w:color w:val="10212F"/>
                <w:lang w:val="ru-RU"/>
              </w:rPr>
              <w:t>Фото со страниц коллегии и президиума</w:t>
            </w:r>
          </w:p>
        </w:tc>
      </w:tr>
      <w:tr w:rsidR="00A2130E" w:rsidRPr="00D02DDB" w14:paraId="7CD02CF0" w14:textId="607AA0D5" w:rsidTr="00A2130E">
        <w:trPr>
          <w:cantSplit/>
          <w:jc w:val="center"/>
        </w:trPr>
        <w:tc>
          <w:tcPr>
            <w:tcW w:w="1871" w:type="dxa"/>
            <w:vAlign w:val="center"/>
          </w:tcPr>
          <w:p w14:paraId="7D060E6B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Сортировка</w:t>
            </w:r>
          </w:p>
        </w:tc>
        <w:tc>
          <w:tcPr>
            <w:tcW w:w="1304" w:type="dxa"/>
            <w:vAlign w:val="center"/>
          </w:tcPr>
          <w:p w14:paraId="6C6410D6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789" w:type="dxa"/>
            <w:vAlign w:val="center"/>
          </w:tcPr>
          <w:p w14:paraId="55E6C638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851" w:type="dxa"/>
            <w:vAlign w:val="center"/>
          </w:tcPr>
          <w:p w14:paraId="114F4284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499" w:type="dxa"/>
            <w:vAlign w:val="center"/>
          </w:tcPr>
          <w:p w14:paraId="28B77235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Порядок вывода</w:t>
            </w:r>
          </w:p>
        </w:tc>
        <w:tc>
          <w:tcPr>
            <w:tcW w:w="1928" w:type="dxa"/>
            <w:vAlign w:val="center"/>
          </w:tcPr>
          <w:p w14:paraId="20A53432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928" w:type="dxa"/>
          </w:tcPr>
          <w:p w14:paraId="5B7905A9" w14:textId="6972955F" w:rsidR="00A2130E" w:rsidRPr="00D02DDB" w:rsidRDefault="00A2130E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A2130E" w:rsidRPr="00D02DDB" w14:paraId="5C20E5D9" w14:textId="4CDB0F04" w:rsidTr="00A2130E">
        <w:trPr>
          <w:cantSplit/>
          <w:jc w:val="center"/>
        </w:trPr>
        <w:tc>
          <w:tcPr>
            <w:tcW w:w="1871" w:type="dxa"/>
            <w:vAlign w:val="center"/>
          </w:tcPr>
          <w:p w14:paraId="5958FE07" w14:textId="77777777" w:rsidR="00A2130E" w:rsidRPr="00D02DDB" w:rsidRDefault="00A2130E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color w:val="000000"/>
              </w:rPr>
              <w:t>Категория</w:t>
            </w:r>
          </w:p>
        </w:tc>
        <w:tc>
          <w:tcPr>
            <w:tcW w:w="1304" w:type="dxa"/>
            <w:vAlign w:val="center"/>
          </w:tcPr>
          <w:p w14:paraId="461642B6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Список</w:t>
            </w:r>
          </w:p>
        </w:tc>
        <w:tc>
          <w:tcPr>
            <w:tcW w:w="789" w:type="dxa"/>
            <w:vAlign w:val="center"/>
          </w:tcPr>
          <w:p w14:paraId="5F0A16BC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851" w:type="dxa"/>
            <w:vAlign w:val="center"/>
          </w:tcPr>
          <w:p w14:paraId="2117033D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2499" w:type="dxa"/>
            <w:vAlign w:val="center"/>
          </w:tcPr>
          <w:p w14:paraId="0AE405F1" w14:textId="0D0E392E" w:rsidR="00A2130E" w:rsidRPr="00D02DDB" w:rsidRDefault="00A2130E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Категория должностного лица</w:t>
            </w:r>
            <w:r w:rsidR="004563E1" w:rsidRPr="00D02DDB">
              <w:rPr>
                <w:rFonts w:cs="Times New Roman"/>
                <w:color w:val="000000"/>
                <w:lang w:val="ru-RU"/>
              </w:rPr>
              <w:t xml:space="preserve"> для вывода на страницах. </w:t>
            </w:r>
            <w:r w:rsidR="004563E1" w:rsidRPr="00D02DDB">
              <w:rPr>
                <w:rFonts w:cs="Times New Roman"/>
                <w:color w:val="000000"/>
                <w:lang w:val="ru-RU"/>
              </w:rPr>
              <w:t>Члены коллегии палаты</w:t>
            </w:r>
            <w:r w:rsidR="004563E1" w:rsidRPr="00D02DDB">
              <w:rPr>
                <w:rFonts w:cs="Times New Roman"/>
                <w:color w:val="000000"/>
                <w:lang w:val="ru-RU"/>
              </w:rPr>
              <w:t xml:space="preserve">, </w:t>
            </w:r>
            <w:r w:rsidR="004563E1" w:rsidRPr="00D02DDB">
              <w:rPr>
                <w:rFonts w:cs="Times New Roman"/>
                <w:color w:val="000000"/>
                <w:lang w:val="ru-RU"/>
              </w:rPr>
              <w:t>Президиум совета ксо кк</w:t>
            </w:r>
            <w:r w:rsidR="004563E1" w:rsidRPr="00D02DDB">
              <w:rPr>
                <w:rFonts w:cs="Times New Roman"/>
                <w:color w:val="000000"/>
                <w:lang w:val="ru-RU"/>
              </w:rPr>
              <w:t xml:space="preserve">, </w:t>
            </w:r>
            <w:r w:rsidR="004563E1" w:rsidRPr="00D02DDB">
              <w:rPr>
                <w:rFonts w:cs="Times New Roman"/>
                <w:color w:val="000000"/>
                <w:lang w:val="ru-RU"/>
              </w:rPr>
              <w:t>Контакты</w:t>
            </w:r>
            <w:r w:rsidR="004563E1" w:rsidRPr="00D02DDB">
              <w:rPr>
                <w:rFonts w:cs="Times New Roman"/>
                <w:color w:val="000000"/>
                <w:lang w:val="ru-RU"/>
              </w:rPr>
              <w:t xml:space="preserve"> - таблица</w:t>
            </w:r>
          </w:p>
        </w:tc>
        <w:tc>
          <w:tcPr>
            <w:tcW w:w="1928" w:type="dxa"/>
            <w:vAlign w:val="center"/>
          </w:tcPr>
          <w:p w14:paraId="68C4ACAA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CATEGORY</w:t>
            </w:r>
          </w:p>
        </w:tc>
        <w:tc>
          <w:tcPr>
            <w:tcW w:w="1928" w:type="dxa"/>
          </w:tcPr>
          <w:p w14:paraId="23E088AB" w14:textId="326B0C18" w:rsidR="004563E1" w:rsidRPr="00D02DDB" w:rsidRDefault="004563E1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 xml:space="preserve">Название подраздела. </w:t>
            </w:r>
            <w:r w:rsidRPr="00D02DDB">
              <w:rPr>
                <w:rFonts w:cs="Times New Roman"/>
                <w:color w:val="000000"/>
                <w:lang w:val="ru-RU"/>
              </w:rPr>
              <w:t>Члены коллегии палаты</w:t>
            </w:r>
            <w:r w:rsidRPr="00D02DDB">
              <w:rPr>
                <w:rFonts w:cs="Times New Roman"/>
                <w:color w:val="000000"/>
                <w:lang w:val="ru-RU"/>
              </w:rPr>
              <w:t xml:space="preserve">: </w:t>
            </w:r>
            <w:hyperlink r:id="rId12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=128</w:t>
              </w:r>
            </w:hyperlink>
          </w:p>
          <w:p w14:paraId="4CE57C37" w14:textId="7389C267" w:rsidR="004563E1" w:rsidRPr="00D02DDB" w:rsidRDefault="004563E1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Президиум совета ксо кк</w:t>
            </w:r>
            <w:r w:rsidRPr="00D02DDB">
              <w:rPr>
                <w:rFonts w:cs="Times New Roman"/>
                <w:color w:val="000000"/>
                <w:lang w:val="ru-RU"/>
              </w:rPr>
              <w:t xml:space="preserve">: </w:t>
            </w:r>
            <w:hyperlink r:id="rId13" w:history="1">
              <w:r w:rsidRPr="00D02DDB">
                <w:rPr>
                  <w:rStyle w:val="aff8"/>
                  <w:rFonts w:cs="Times New Roman"/>
                  <w:lang w:val="ru-RU"/>
                </w:rPr>
                <w:t>https://kspkuban.ru/?page_id=4325</w:t>
              </w:r>
            </w:hyperlink>
            <w:r w:rsidRPr="00D02DDB">
              <w:rPr>
                <w:rFonts w:cs="Times New Roman"/>
                <w:color w:val="000000"/>
                <w:lang w:val="ru-RU"/>
              </w:rPr>
              <w:t xml:space="preserve"> </w:t>
            </w:r>
          </w:p>
          <w:p w14:paraId="0ADBF881" w14:textId="542B8364" w:rsidR="004563E1" w:rsidRPr="00D02DDB" w:rsidRDefault="004563E1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Контакты - таблица</w:t>
            </w:r>
            <w:r w:rsidRPr="00D02DDB">
              <w:rPr>
                <w:rFonts w:cs="Times New Roman"/>
                <w:color w:val="000000"/>
                <w:lang w:val="ru-RU"/>
              </w:rPr>
              <w:t xml:space="preserve">: </w:t>
            </w:r>
            <w:hyperlink r:id="rId14" w:history="1">
              <w:r w:rsidRPr="00D02DDB">
                <w:rPr>
                  <w:rStyle w:val="aff8"/>
                  <w:rFonts w:cs="Times New Roman"/>
                  <w:lang w:val="ru-RU"/>
                </w:rPr>
                <w:t>h</w:t>
              </w:r>
              <w:r w:rsidRPr="00D02DDB">
                <w:rPr>
                  <w:rStyle w:val="aff8"/>
                  <w:rFonts w:cs="Times New Roman"/>
                  <w:lang w:val="ru-RU"/>
                </w:rPr>
                <w:t>t</w:t>
              </w:r>
              <w:r w:rsidRPr="00D02DDB">
                <w:rPr>
                  <w:rStyle w:val="aff8"/>
                  <w:rFonts w:cs="Times New Roman"/>
                  <w:lang w:val="ru-RU"/>
                </w:rPr>
                <w:t>tps://kspkuban.ru/?page_id=148</w:t>
              </w:r>
            </w:hyperlink>
            <w:r w:rsidRPr="00D02DDB">
              <w:rPr>
                <w:rFonts w:cs="Times New Roman"/>
                <w:color w:val="000000"/>
                <w:lang w:val="ru-RU"/>
              </w:rPr>
              <w:t xml:space="preserve"> </w:t>
            </w:r>
          </w:p>
        </w:tc>
      </w:tr>
      <w:tr w:rsidR="00A2130E" w:rsidRPr="00D02DDB" w14:paraId="6B610A1E" w14:textId="33D91D7E" w:rsidTr="00A2130E">
        <w:trPr>
          <w:cantSplit/>
          <w:jc w:val="center"/>
        </w:trPr>
        <w:tc>
          <w:tcPr>
            <w:tcW w:w="1871" w:type="dxa"/>
            <w:vAlign w:val="center"/>
          </w:tcPr>
          <w:p w14:paraId="751EABD7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Должность</w:t>
            </w:r>
          </w:p>
        </w:tc>
        <w:tc>
          <w:tcPr>
            <w:tcW w:w="1304" w:type="dxa"/>
            <w:vAlign w:val="center"/>
          </w:tcPr>
          <w:p w14:paraId="34B35A88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Строка</w:t>
            </w:r>
          </w:p>
        </w:tc>
        <w:tc>
          <w:tcPr>
            <w:tcW w:w="789" w:type="dxa"/>
            <w:vAlign w:val="center"/>
          </w:tcPr>
          <w:p w14:paraId="5FA4DDCF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851" w:type="dxa"/>
            <w:vAlign w:val="center"/>
          </w:tcPr>
          <w:p w14:paraId="52DE3633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2499" w:type="dxa"/>
            <w:vAlign w:val="center"/>
          </w:tcPr>
          <w:p w14:paraId="31D220DD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Наименование должности</w:t>
            </w:r>
          </w:p>
        </w:tc>
        <w:tc>
          <w:tcPr>
            <w:tcW w:w="1928" w:type="dxa"/>
            <w:vAlign w:val="center"/>
          </w:tcPr>
          <w:p w14:paraId="65438C0F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POSITION</w:t>
            </w:r>
          </w:p>
        </w:tc>
        <w:tc>
          <w:tcPr>
            <w:tcW w:w="1928" w:type="dxa"/>
          </w:tcPr>
          <w:p w14:paraId="2B4D4031" w14:textId="6BD94942" w:rsidR="00A2130E" w:rsidRPr="00D02DDB" w:rsidRDefault="004563E1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Должность</w:t>
            </w:r>
          </w:p>
        </w:tc>
      </w:tr>
      <w:tr w:rsidR="00A2130E" w:rsidRPr="00D02DDB" w14:paraId="169BEB1A" w14:textId="4DA47456" w:rsidTr="00A2130E">
        <w:trPr>
          <w:cantSplit/>
          <w:jc w:val="center"/>
        </w:trPr>
        <w:tc>
          <w:tcPr>
            <w:tcW w:w="1871" w:type="dxa"/>
            <w:vAlign w:val="center"/>
          </w:tcPr>
          <w:p w14:paraId="04CE059B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Телефон</w:t>
            </w:r>
          </w:p>
        </w:tc>
        <w:tc>
          <w:tcPr>
            <w:tcW w:w="1304" w:type="dxa"/>
            <w:vAlign w:val="center"/>
          </w:tcPr>
          <w:p w14:paraId="6EB9C394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Строка</w:t>
            </w:r>
          </w:p>
        </w:tc>
        <w:tc>
          <w:tcPr>
            <w:tcW w:w="789" w:type="dxa"/>
            <w:vAlign w:val="center"/>
          </w:tcPr>
          <w:p w14:paraId="6790EE6A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1" w:type="dxa"/>
            <w:vAlign w:val="center"/>
          </w:tcPr>
          <w:p w14:paraId="3E1736B1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2499" w:type="dxa"/>
            <w:vAlign w:val="center"/>
          </w:tcPr>
          <w:p w14:paraId="1B9A0A81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Контактные телефоны</w:t>
            </w:r>
          </w:p>
        </w:tc>
        <w:tc>
          <w:tcPr>
            <w:tcW w:w="1928" w:type="dxa"/>
            <w:vAlign w:val="center"/>
          </w:tcPr>
          <w:p w14:paraId="7F91C768" w14:textId="77777777" w:rsidR="00A2130E" w:rsidRPr="00D02DDB" w:rsidRDefault="00A2130E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PHONE</w:t>
            </w:r>
          </w:p>
        </w:tc>
        <w:tc>
          <w:tcPr>
            <w:tcW w:w="1928" w:type="dxa"/>
          </w:tcPr>
          <w:p w14:paraId="390FED98" w14:textId="4955A0C7" w:rsidR="00A2130E" w:rsidRPr="00D02DDB" w:rsidRDefault="004563E1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Колонка телефона в «Контактах»</w:t>
            </w:r>
          </w:p>
        </w:tc>
      </w:tr>
    </w:tbl>
    <w:p w14:paraId="769703C2" w14:textId="77777777" w:rsidR="006A4C8F" w:rsidRPr="00D02DDB" w:rsidRDefault="006A4C8F">
      <w:pPr>
        <w:spacing w:after="0"/>
        <w:rPr>
          <w:rFonts w:cs="Times New Roman"/>
          <w:lang w:val="ru-RU"/>
        </w:rPr>
      </w:pPr>
    </w:p>
    <w:p w14:paraId="2DDF3151" w14:textId="6673CDDC" w:rsidR="004563E1" w:rsidRPr="00D02DDB" w:rsidRDefault="004563E1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D02DDB">
        <w:rPr>
          <w:rFonts w:ascii="Times New Roman" w:hAnsi="Times New Roman" w:cs="Times New Roman"/>
          <w:szCs w:val="22"/>
          <w:lang w:val="ru-RU"/>
        </w:rPr>
        <w:t xml:space="preserve">Распределение сотрудников по разделам на странице: </w:t>
      </w:r>
      <w:hyperlink r:id="rId15" w:history="1">
        <w:r w:rsidRPr="00D02DDB">
          <w:rPr>
            <w:rStyle w:val="aff8"/>
            <w:rFonts w:ascii="Times New Roman" w:hAnsi="Times New Roman" w:cs="Times New Roman"/>
            <w:szCs w:val="22"/>
            <w:lang w:val="ru-RU"/>
          </w:rPr>
          <w:t>https://kspkuban.ru/?page_id=148</w:t>
        </w:r>
      </w:hyperlink>
    </w:p>
    <w:p w14:paraId="1A7815FA" w14:textId="19C4CC52" w:rsidR="006A4C8F" w:rsidRPr="00D02DDB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D02DDB">
        <w:rPr>
          <w:rFonts w:ascii="Times New Roman" w:hAnsi="Times New Roman" w:cs="Times New Roman"/>
          <w:szCs w:val="22"/>
        </w:rPr>
        <w:t>Разделы и подразделы</w:t>
      </w:r>
    </w:p>
    <w:p w14:paraId="0BEFCBE6" w14:textId="0716BF79" w:rsidR="006A4C8F" w:rsidRPr="00D02DDB" w:rsidRDefault="00000000">
      <w:pPr>
        <w:pStyle w:val="a0"/>
        <w:spacing w:after="20"/>
        <w:ind w:left="369" w:hanging="198"/>
        <w:rPr>
          <w:rFonts w:cs="Times New Roman"/>
        </w:rPr>
      </w:pPr>
      <w:r w:rsidRPr="00D02DDB">
        <w:rPr>
          <w:rFonts w:cs="Times New Roman"/>
        </w:rPr>
        <w:t xml:space="preserve">Общий отдел </w:t>
      </w:r>
    </w:p>
    <w:p w14:paraId="096DF340" w14:textId="671E285D" w:rsidR="006A4C8F" w:rsidRPr="00D02DDB" w:rsidRDefault="00000000">
      <w:pPr>
        <w:pStyle w:val="a0"/>
        <w:spacing w:after="20"/>
        <w:ind w:left="369" w:hanging="198"/>
        <w:rPr>
          <w:rFonts w:cs="Times New Roman"/>
        </w:rPr>
      </w:pPr>
      <w:r w:rsidRPr="00D02DDB">
        <w:rPr>
          <w:rFonts w:cs="Times New Roman"/>
        </w:rPr>
        <w:t xml:space="preserve">Организационный отдел </w:t>
      </w:r>
    </w:p>
    <w:p w14:paraId="5A1996AB" w14:textId="048733C0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государственной службы, кадровой работы и противодействия коррупции </w:t>
      </w:r>
    </w:p>
    <w:p w14:paraId="22B615B5" w14:textId="0CD0A3E9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компьютерных технологий и информационной безопасности </w:t>
      </w:r>
    </w:p>
    <w:p w14:paraId="3E6B96B2" w14:textId="41B6BAE9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контроля за бюджетной отчётностью и учёта результатов деятельности </w:t>
      </w:r>
    </w:p>
    <w:p w14:paraId="4081119E" w14:textId="3B2CD366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общего правового сопровождения деятельности КСП </w:t>
      </w:r>
    </w:p>
    <w:p w14:paraId="328DA3E7" w14:textId="4B4203DB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оперативного анализа и контроля </w:t>
      </w:r>
    </w:p>
    <w:p w14:paraId="7ED5B606" w14:textId="553F688A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по контролю за расходами в области строительства </w:t>
      </w:r>
    </w:p>
    <w:p w14:paraId="67B4ED9A" w14:textId="527C9096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по контролю за расходами на АПК и малый бизнес, промышленность и природопользование, санаторно-курортный и туристический комплекс </w:t>
      </w:r>
    </w:p>
    <w:p w14:paraId="230C1CAA" w14:textId="3F97B2CC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по контролю за расходами на ЖКХ, ТЭК </w:t>
      </w:r>
    </w:p>
    <w:p w14:paraId="22B478EE" w14:textId="45DCB850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по контролю за расходами на здравоохранение </w:t>
      </w:r>
    </w:p>
    <w:p w14:paraId="00900DC5" w14:textId="4CB7E518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>Отдел по контролю за расходами на образование и молодёжную политику</w:t>
      </w:r>
    </w:p>
    <w:p w14:paraId="316CE0BC" w14:textId="2DC72A8B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по контролю за расходами на общегосударственные вопросы, национальную оборону, безопасность и правоохранительную деятельность, культуру и отдельные вопросы местного значения </w:t>
      </w:r>
    </w:p>
    <w:p w14:paraId="38F65F8B" w14:textId="6C7709FD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по контролю за расходами на социальную политику, труд и занятость населения </w:t>
      </w:r>
    </w:p>
    <w:p w14:paraId="5EBC3544" w14:textId="79BEBC97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по контролю за расходами на физическую культуру и спорт, СМИ, общеэкономические вопросы, связь и информатику </w:t>
      </w:r>
    </w:p>
    <w:p w14:paraId="75546B29" w14:textId="2BA52665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по контролю за формированием и исполнением доходной части бюджета, государственным (муниципальным) долгом, а также использованием собственности Краснодарского края </w:t>
      </w:r>
    </w:p>
    <w:p w14:paraId="429FEE98" w14:textId="77DE7115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по контролю за эффективностью функционирования контрактной системы, расходами на транспорт и дорожное хозяйство </w:t>
      </w:r>
    </w:p>
    <w:p w14:paraId="0C9109E0" w14:textId="4B2F7D15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правового сопровождения деятельности КСП по осуществлению внешнего государственного финансового контроля </w:t>
      </w:r>
    </w:p>
    <w:p w14:paraId="333482E2" w14:textId="50439171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>Отдел протокола, документационного и архивного обеспечения</w:t>
      </w:r>
    </w:p>
    <w:p w14:paraId="008DEDE6" w14:textId="7BA3A6D1" w:rsidR="006A4C8F" w:rsidRPr="00D02DDB" w:rsidRDefault="00000000">
      <w:pPr>
        <w:pStyle w:val="a0"/>
        <w:spacing w:after="20"/>
        <w:ind w:left="369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Отдел экспертизы и методологии </w:t>
      </w:r>
    </w:p>
    <w:p w14:paraId="5FEC4334" w14:textId="35A0FA00" w:rsidR="006A4C8F" w:rsidRPr="00D02DDB" w:rsidRDefault="00000000">
      <w:pPr>
        <w:pStyle w:val="a0"/>
        <w:spacing w:after="20"/>
        <w:ind w:left="369" w:hanging="198"/>
        <w:rPr>
          <w:rFonts w:cs="Times New Roman"/>
        </w:rPr>
      </w:pPr>
      <w:r w:rsidRPr="00D02DDB">
        <w:rPr>
          <w:rFonts w:cs="Times New Roman"/>
        </w:rPr>
        <w:t xml:space="preserve">Секретариат председателя </w:t>
      </w:r>
    </w:p>
    <w:p w14:paraId="02D54196" w14:textId="0408E50F" w:rsidR="006A4C8F" w:rsidRPr="00D02DDB" w:rsidRDefault="00000000" w:rsidP="002B2D20">
      <w:pPr>
        <w:pStyle w:val="a0"/>
        <w:spacing w:after="0"/>
        <w:ind w:left="369" w:hanging="198"/>
        <w:rPr>
          <w:rFonts w:cs="Times New Roman"/>
        </w:rPr>
      </w:pPr>
      <w:r w:rsidRPr="00D02DDB">
        <w:rPr>
          <w:rFonts w:cs="Times New Roman"/>
        </w:rPr>
        <w:lastRenderedPageBreak/>
        <w:t xml:space="preserve">Финансовый отдел </w:t>
      </w:r>
    </w:p>
    <w:p w14:paraId="39F2AA78" w14:textId="48DABFE6" w:rsidR="002B2D20" w:rsidRPr="00D02DDB" w:rsidRDefault="004563E1" w:rsidP="002B2D20">
      <w:pPr>
        <w:pStyle w:val="a0"/>
        <w:spacing w:after="0"/>
        <w:ind w:left="369" w:hanging="198"/>
        <w:rPr>
          <w:rFonts w:cs="Times New Roman"/>
        </w:rPr>
      </w:pPr>
      <w:r w:rsidRPr="00D02DDB">
        <w:rPr>
          <w:rFonts w:cs="Times New Roman"/>
          <w:lang w:val="ru-RU"/>
        </w:rPr>
        <w:t>Руководство</w:t>
      </w:r>
      <w:r w:rsidR="002B2D20" w:rsidRPr="00D02DDB">
        <w:rPr>
          <w:rFonts w:cs="Times New Roman"/>
          <w:lang w:val="ru-RU"/>
        </w:rPr>
        <w:t xml:space="preserve"> аппарата</w:t>
      </w:r>
    </w:p>
    <w:p w14:paraId="3F4664E2" w14:textId="77777777" w:rsidR="002B2D20" w:rsidRPr="00D02DDB" w:rsidRDefault="002B2D20" w:rsidP="002B2D20">
      <w:pPr>
        <w:pStyle w:val="a0"/>
        <w:numPr>
          <w:ilvl w:val="0"/>
          <w:numId w:val="0"/>
        </w:numPr>
        <w:spacing w:after="0"/>
        <w:ind w:left="360" w:hanging="360"/>
        <w:rPr>
          <w:rFonts w:cs="Times New Roman"/>
          <w:lang w:val="ru-RU"/>
        </w:rPr>
      </w:pPr>
    </w:p>
    <w:p w14:paraId="292D3399" w14:textId="77777777" w:rsidR="002B2D20" w:rsidRDefault="002B2D20" w:rsidP="002B2D20">
      <w:pPr>
        <w:pStyle w:val="a0"/>
        <w:numPr>
          <w:ilvl w:val="0"/>
          <w:numId w:val="0"/>
        </w:numPr>
        <w:spacing w:after="0"/>
        <w:ind w:left="360" w:hanging="360"/>
        <w:rPr>
          <w:rFonts w:cs="Times New Roman"/>
          <w:lang w:val="ru-RU"/>
        </w:rPr>
      </w:pPr>
    </w:p>
    <w:p w14:paraId="5226830C" w14:textId="77777777" w:rsidR="00960E46" w:rsidRPr="00960E46" w:rsidRDefault="00960E46" w:rsidP="002B2D20">
      <w:pPr>
        <w:pStyle w:val="a0"/>
        <w:numPr>
          <w:ilvl w:val="0"/>
          <w:numId w:val="0"/>
        </w:numPr>
        <w:spacing w:after="0"/>
        <w:ind w:left="360" w:hanging="360"/>
        <w:rPr>
          <w:rFonts w:cs="Times New Roman"/>
          <w:lang w:val="ru-RU"/>
        </w:rPr>
      </w:pPr>
    </w:p>
    <w:p w14:paraId="4A41C652" w14:textId="77777777" w:rsidR="006A4C8F" w:rsidRPr="00960E46" w:rsidRDefault="00000000">
      <w:pPr>
        <w:pStyle w:val="1"/>
        <w:rPr>
          <w:rFonts w:ascii="Times New Roman" w:hAnsi="Times New Roman" w:cs="Times New Roman"/>
          <w:szCs w:val="24"/>
        </w:rPr>
      </w:pPr>
      <w:r w:rsidRPr="00960E46">
        <w:rPr>
          <w:rFonts w:ascii="Times New Roman" w:hAnsi="Times New Roman" w:cs="Times New Roman"/>
          <w:szCs w:val="24"/>
        </w:rPr>
        <w:t>ИНФОБЛОК «ДОКУМЕНТЫ»</w:t>
      </w:r>
    </w:p>
    <w:p w14:paraId="174A5C5F" w14:textId="2BD02C89" w:rsidR="00D02DDB" w:rsidRPr="00960E46" w:rsidRDefault="00000000" w:rsidP="00D02DDB">
      <w:pPr>
        <w:spacing w:after="60"/>
        <w:rPr>
          <w:rFonts w:eastAsia="Arial" w:cs="Times New Roman"/>
          <w:color w:val="10212F"/>
          <w:lang w:val="ru-RU"/>
        </w:rPr>
      </w:pPr>
      <w:r w:rsidRPr="00D02DDB">
        <w:rPr>
          <w:rFonts w:cs="Times New Roman"/>
          <w:lang w:val="ru-RU"/>
        </w:rPr>
        <w:t>Единый инфоблок документов сайта. Структура разделов отражает тематические страницы и архивы документов.</w:t>
      </w:r>
      <w:r w:rsidR="00F5604F" w:rsidRPr="00D02DDB">
        <w:rPr>
          <w:rFonts w:eastAsia="Arial" w:cs="Times New Roman"/>
          <w:color w:val="10212F"/>
          <w:lang w:val="ru-RU"/>
        </w:rPr>
        <w:t xml:space="preserve"> С</w:t>
      </w:r>
      <w:r w:rsidR="00F5604F" w:rsidRPr="00D02DDB">
        <w:rPr>
          <w:rFonts w:eastAsia="Arial" w:cs="Times New Roman"/>
          <w:color w:val="10212F"/>
          <w:lang w:val="ru-RU"/>
        </w:rPr>
        <w:t xml:space="preserve">юда уходят страницы старого сайта, которые являются списками файлов. </w:t>
      </w:r>
      <w:r w:rsidR="00F5604F" w:rsidRPr="00D02DDB">
        <w:rPr>
          <w:rFonts w:eastAsia="Arial" w:cs="Times New Roman"/>
          <w:color w:val="10212F"/>
          <w:lang w:val="ru-RU"/>
        </w:rPr>
        <w:t>О</w:t>
      </w:r>
      <w:r w:rsidR="00F5604F" w:rsidRPr="00D02DDB">
        <w:rPr>
          <w:rFonts w:eastAsia="Arial" w:cs="Times New Roman"/>
          <w:color w:val="10212F"/>
          <w:lang w:val="ru-RU"/>
        </w:rPr>
        <w:t>дна ссылка на файл или документ — один элемент.</w:t>
      </w:r>
    </w:p>
    <w:tbl>
      <w:tblPr>
        <w:tblW w:w="11170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304"/>
        <w:gridCol w:w="567"/>
        <w:gridCol w:w="567"/>
        <w:gridCol w:w="3005"/>
        <w:gridCol w:w="1928"/>
        <w:gridCol w:w="1928"/>
      </w:tblGrid>
      <w:tr w:rsidR="00F5604F" w:rsidRPr="00D02DDB" w14:paraId="5021CF7A" w14:textId="199C7773" w:rsidTr="00F5604F">
        <w:trPr>
          <w:tblHeader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7319EB8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Название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14:paraId="45A2F6A6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Тип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7DD173F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Обяз.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7D196AB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Множ.</w:t>
            </w:r>
          </w:p>
        </w:tc>
        <w:tc>
          <w:tcPr>
            <w:tcW w:w="3005" w:type="dxa"/>
            <w:shd w:val="clear" w:color="auto" w:fill="D9D9D9" w:themeFill="background1" w:themeFillShade="D9"/>
            <w:vAlign w:val="center"/>
          </w:tcPr>
          <w:p w14:paraId="5E8DDC3C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Примечание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center"/>
          </w:tcPr>
          <w:p w14:paraId="0346D9E5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Символьный код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229F423B" w14:textId="5E48BB0B" w:rsidR="00F5604F" w:rsidRPr="00D02DDB" w:rsidRDefault="00F5604F">
            <w:pPr>
              <w:spacing w:after="0"/>
              <w:rPr>
                <w:rFonts w:cs="Times New Roman"/>
                <w:b/>
                <w:color w:val="000000"/>
              </w:rPr>
            </w:pPr>
            <w:r w:rsidRPr="00D02DDB">
              <w:rPr>
                <w:rFonts w:cs="Times New Roman"/>
                <w:b/>
                <w:color w:val="000000"/>
                <w:lang w:val="ru-RU"/>
              </w:rPr>
              <w:t>Откуда переносить</w:t>
            </w:r>
          </w:p>
        </w:tc>
      </w:tr>
      <w:tr w:rsidR="00F5604F" w:rsidRPr="00D02DDB" w14:paraId="09B40C0B" w14:textId="52BCA7E6" w:rsidTr="00F5604F">
        <w:trPr>
          <w:cantSplit/>
          <w:jc w:val="center"/>
        </w:trPr>
        <w:tc>
          <w:tcPr>
            <w:tcW w:w="1871" w:type="dxa"/>
            <w:vAlign w:val="center"/>
          </w:tcPr>
          <w:p w14:paraId="3C215862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Название</w:t>
            </w:r>
          </w:p>
        </w:tc>
        <w:tc>
          <w:tcPr>
            <w:tcW w:w="1304" w:type="dxa"/>
            <w:vAlign w:val="center"/>
          </w:tcPr>
          <w:p w14:paraId="66488902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567" w:type="dxa"/>
            <w:vAlign w:val="center"/>
          </w:tcPr>
          <w:p w14:paraId="07BCF0AA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567" w:type="dxa"/>
            <w:vAlign w:val="center"/>
          </w:tcPr>
          <w:p w14:paraId="7669628D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3005" w:type="dxa"/>
            <w:vAlign w:val="center"/>
          </w:tcPr>
          <w:p w14:paraId="43F6AF49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Название документа</w:t>
            </w:r>
          </w:p>
        </w:tc>
        <w:tc>
          <w:tcPr>
            <w:tcW w:w="1928" w:type="dxa"/>
            <w:vAlign w:val="center"/>
          </w:tcPr>
          <w:p w14:paraId="69AF6B4B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2A8213EC" w14:textId="6959BB79" w:rsidR="00F5604F" w:rsidRPr="00D02DDB" w:rsidRDefault="00F5604F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Название документа</w:t>
            </w:r>
          </w:p>
        </w:tc>
      </w:tr>
      <w:tr w:rsidR="00F5604F" w:rsidRPr="00D02DDB" w14:paraId="1223BCE5" w14:textId="06BF713F" w:rsidTr="00F5604F">
        <w:trPr>
          <w:cantSplit/>
          <w:jc w:val="center"/>
        </w:trPr>
        <w:tc>
          <w:tcPr>
            <w:tcW w:w="1871" w:type="dxa"/>
            <w:vAlign w:val="center"/>
          </w:tcPr>
          <w:p w14:paraId="79D41B05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Описание</w:t>
            </w:r>
          </w:p>
        </w:tc>
        <w:tc>
          <w:tcPr>
            <w:tcW w:w="1304" w:type="dxa"/>
            <w:vAlign w:val="center"/>
          </w:tcPr>
          <w:p w14:paraId="591D94B6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567" w:type="dxa"/>
            <w:vAlign w:val="center"/>
          </w:tcPr>
          <w:p w14:paraId="5EDEFABC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567" w:type="dxa"/>
            <w:vAlign w:val="center"/>
          </w:tcPr>
          <w:p w14:paraId="2B45D85D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3005" w:type="dxa"/>
            <w:vAlign w:val="center"/>
          </w:tcPr>
          <w:p w14:paraId="318A2800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Описание документа</w:t>
            </w:r>
          </w:p>
        </w:tc>
        <w:tc>
          <w:tcPr>
            <w:tcW w:w="1928" w:type="dxa"/>
            <w:vAlign w:val="center"/>
          </w:tcPr>
          <w:p w14:paraId="1C2D5507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79682A04" w14:textId="127D015C" w:rsidR="00F5604F" w:rsidRPr="00D02DDB" w:rsidRDefault="00F5604F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Описание документа при наличии</w:t>
            </w:r>
          </w:p>
        </w:tc>
      </w:tr>
      <w:tr w:rsidR="00F5604F" w:rsidRPr="00D02DDB" w14:paraId="1015511F" w14:textId="2C20DB22" w:rsidTr="00F5604F">
        <w:trPr>
          <w:cantSplit/>
          <w:jc w:val="center"/>
        </w:trPr>
        <w:tc>
          <w:tcPr>
            <w:tcW w:w="1871" w:type="dxa"/>
            <w:vAlign w:val="center"/>
          </w:tcPr>
          <w:p w14:paraId="00125E62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Файл документа</w:t>
            </w:r>
          </w:p>
        </w:tc>
        <w:tc>
          <w:tcPr>
            <w:tcW w:w="1304" w:type="dxa"/>
            <w:vAlign w:val="center"/>
          </w:tcPr>
          <w:p w14:paraId="5BBB8A20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Файл</w:t>
            </w:r>
          </w:p>
        </w:tc>
        <w:tc>
          <w:tcPr>
            <w:tcW w:w="567" w:type="dxa"/>
            <w:vAlign w:val="center"/>
          </w:tcPr>
          <w:p w14:paraId="44AED421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567" w:type="dxa"/>
            <w:vAlign w:val="center"/>
          </w:tcPr>
          <w:p w14:paraId="020CC9B0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3005" w:type="dxa"/>
            <w:vAlign w:val="center"/>
          </w:tcPr>
          <w:p w14:paraId="3FA2144B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Файлы документа</w:t>
            </w:r>
          </w:p>
        </w:tc>
        <w:tc>
          <w:tcPr>
            <w:tcW w:w="1928" w:type="dxa"/>
            <w:vAlign w:val="center"/>
          </w:tcPr>
          <w:p w14:paraId="47F1534B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DOCUMENT_FILE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03836E9D" w14:textId="53D7C044" w:rsidR="00F5604F" w:rsidRPr="00D02DDB" w:rsidRDefault="00F5604F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Файд документа</w:t>
            </w:r>
          </w:p>
        </w:tc>
      </w:tr>
      <w:tr w:rsidR="00F5604F" w:rsidRPr="00D02DDB" w14:paraId="44180D98" w14:textId="3A225746" w:rsidTr="00F5604F">
        <w:trPr>
          <w:cantSplit/>
          <w:jc w:val="center"/>
        </w:trPr>
        <w:tc>
          <w:tcPr>
            <w:tcW w:w="1871" w:type="dxa"/>
            <w:vAlign w:val="center"/>
          </w:tcPr>
          <w:p w14:paraId="639E40C7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Длинное название</w:t>
            </w:r>
          </w:p>
        </w:tc>
        <w:tc>
          <w:tcPr>
            <w:tcW w:w="1304" w:type="dxa"/>
            <w:vAlign w:val="center"/>
          </w:tcPr>
          <w:p w14:paraId="49280010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HTML/текст</w:t>
            </w:r>
          </w:p>
        </w:tc>
        <w:tc>
          <w:tcPr>
            <w:tcW w:w="567" w:type="dxa"/>
            <w:vAlign w:val="center"/>
          </w:tcPr>
          <w:p w14:paraId="1E9743A0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567" w:type="dxa"/>
            <w:vAlign w:val="center"/>
          </w:tcPr>
          <w:p w14:paraId="2C0A147D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3005" w:type="dxa"/>
            <w:vAlign w:val="center"/>
          </w:tcPr>
          <w:p w14:paraId="19C0BE34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Расширенное название</w:t>
            </w:r>
          </w:p>
        </w:tc>
        <w:tc>
          <w:tcPr>
            <w:tcW w:w="1928" w:type="dxa"/>
            <w:vAlign w:val="center"/>
          </w:tcPr>
          <w:p w14:paraId="124D8C9D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LONG_TITLE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527ADB31" w14:textId="1A2EC32A" w:rsidR="00F5604F" w:rsidRPr="00D02DDB" w:rsidRDefault="00F5604F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Название документа</w:t>
            </w:r>
          </w:p>
        </w:tc>
      </w:tr>
      <w:tr w:rsidR="00F5604F" w:rsidRPr="00D02DDB" w14:paraId="3713114E" w14:textId="4E37BA92" w:rsidTr="00F5604F">
        <w:trPr>
          <w:cantSplit/>
          <w:jc w:val="center"/>
        </w:trPr>
        <w:tc>
          <w:tcPr>
            <w:tcW w:w="1871" w:type="dxa"/>
            <w:vAlign w:val="center"/>
          </w:tcPr>
          <w:p w14:paraId="69CE60A6" w14:textId="77777777" w:rsidR="00F5604F" w:rsidRPr="00D02DDB" w:rsidRDefault="00F5604F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Ссылка на документ на внешний сайт сайт</w:t>
            </w:r>
          </w:p>
        </w:tc>
        <w:tc>
          <w:tcPr>
            <w:tcW w:w="1304" w:type="dxa"/>
            <w:vAlign w:val="center"/>
          </w:tcPr>
          <w:p w14:paraId="2D5EB7BE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25BBBC08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567" w:type="dxa"/>
            <w:vAlign w:val="center"/>
          </w:tcPr>
          <w:p w14:paraId="2E2947BD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3005" w:type="dxa"/>
            <w:vAlign w:val="center"/>
          </w:tcPr>
          <w:p w14:paraId="00B1E66B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Внешняя ссылка</w:t>
            </w:r>
          </w:p>
        </w:tc>
        <w:tc>
          <w:tcPr>
            <w:tcW w:w="1928" w:type="dxa"/>
            <w:vAlign w:val="center"/>
          </w:tcPr>
          <w:p w14:paraId="43E158A9" w14:textId="77777777" w:rsidR="00F5604F" w:rsidRPr="00D02DDB" w:rsidRDefault="00F5604F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DOCUMENT_URL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4AFD4FBA" w14:textId="1EFE50E9" w:rsidR="00F5604F" w:rsidRPr="00D02DDB" w:rsidRDefault="00F5604F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Ссылка на файл</w:t>
            </w:r>
          </w:p>
        </w:tc>
      </w:tr>
    </w:tbl>
    <w:p w14:paraId="718BAE55" w14:textId="77777777" w:rsidR="006A4C8F" w:rsidRPr="00D02DDB" w:rsidRDefault="006A4C8F">
      <w:pPr>
        <w:spacing w:after="0"/>
        <w:rPr>
          <w:rFonts w:cs="Times New Roman"/>
          <w:lang w:val="ru-RU"/>
        </w:rPr>
      </w:pPr>
    </w:p>
    <w:p w14:paraId="65EAE840" w14:textId="4FBBC92A" w:rsidR="00F5604F" w:rsidRDefault="00F5604F" w:rsidP="00D02DDB">
      <w:pPr>
        <w:pStyle w:val="21"/>
        <w:jc w:val="center"/>
        <w:rPr>
          <w:rFonts w:ascii="Times New Roman" w:hAnsi="Times New Roman" w:cs="Times New Roman"/>
          <w:szCs w:val="22"/>
          <w:lang w:val="ru-RU"/>
        </w:rPr>
      </w:pPr>
      <w:r w:rsidRPr="00D02DDB">
        <w:rPr>
          <w:rFonts w:ascii="Times New Roman" w:hAnsi="Times New Roman" w:cs="Times New Roman"/>
          <w:szCs w:val="22"/>
        </w:rPr>
        <w:t>Разделы и подразделы</w:t>
      </w:r>
    </w:p>
    <w:p w14:paraId="4CA1419A" w14:textId="77777777" w:rsidR="00D02DDB" w:rsidRPr="00D02DDB" w:rsidRDefault="00D02DDB" w:rsidP="00D02DDB">
      <w:pPr>
        <w:rPr>
          <w:lang w:val="ru-RU"/>
        </w:rPr>
      </w:pPr>
    </w:p>
    <w:tbl>
      <w:tblPr>
        <w:tblStyle w:val="aff0"/>
        <w:tblW w:w="10783" w:type="dxa"/>
        <w:tblLayout w:type="fixed"/>
        <w:tblLook w:val="04A0" w:firstRow="1" w:lastRow="0" w:firstColumn="1" w:lastColumn="0" w:noHBand="0" w:noVBand="1"/>
      </w:tblPr>
      <w:tblGrid>
        <w:gridCol w:w="5539"/>
        <w:gridCol w:w="5244"/>
      </w:tblGrid>
      <w:tr w:rsidR="00F5604F" w:rsidRPr="00D02DDB" w14:paraId="3C623B68" w14:textId="77777777" w:rsidTr="00B5373D">
        <w:tc>
          <w:tcPr>
            <w:tcW w:w="10783" w:type="dxa"/>
            <w:gridSpan w:val="2"/>
            <w:shd w:val="clear" w:color="auto" w:fill="D9D9D9" w:themeFill="background1" w:themeFillShade="D9"/>
          </w:tcPr>
          <w:p w14:paraId="3C2040C9" w14:textId="2F610EB3" w:rsidR="00F5604F" w:rsidRPr="00D02DDB" w:rsidRDefault="00F5604F" w:rsidP="00F5604F">
            <w:pPr>
              <w:spacing w:line="264" w:lineRule="auto"/>
              <w:jc w:val="center"/>
              <w:rPr>
                <w:rFonts w:eastAsia="Arial" w:cs="Times New Roman"/>
                <w:b/>
                <w:bCs/>
                <w:color w:val="5B6B7A"/>
                <w:lang w:val="ru-RU"/>
              </w:rPr>
            </w:pPr>
            <w:r w:rsidRPr="00D02DDB">
              <w:rPr>
                <w:rFonts w:eastAsia="Arial" w:cs="Times New Roman"/>
                <w:lang w:val="ru-RU"/>
              </w:rPr>
              <w:t>Раздел «</w:t>
            </w:r>
            <w:r w:rsidRPr="00D02DDB">
              <w:rPr>
                <w:rFonts w:eastAsia="Arial" w:cs="Times New Roman"/>
              </w:rPr>
              <w:t>Общее</w:t>
            </w:r>
            <w:r w:rsidRPr="00D02DDB">
              <w:rPr>
                <w:rFonts w:eastAsia="Arial" w:cs="Times New Roman"/>
                <w:lang w:val="ru-RU"/>
              </w:rPr>
              <w:t>»</w:t>
            </w:r>
            <w:r w:rsidR="00D02DDB">
              <w:rPr>
                <w:rFonts w:eastAsia="Arial" w:cs="Times New Roman"/>
                <w:lang w:val="ru-RU"/>
              </w:rPr>
              <w:t xml:space="preserve"> инфблока «Документы»</w:t>
            </w:r>
          </w:p>
        </w:tc>
      </w:tr>
      <w:tr w:rsidR="00B5373D" w:rsidRPr="00D02DDB" w14:paraId="4A096DC5" w14:textId="77777777" w:rsidTr="00B5373D">
        <w:tc>
          <w:tcPr>
            <w:tcW w:w="5539" w:type="dxa"/>
            <w:shd w:val="clear" w:color="auto" w:fill="D9D9D9" w:themeFill="background1" w:themeFillShade="D9"/>
          </w:tcPr>
          <w:p w14:paraId="7FDCD57C" w14:textId="44459457" w:rsidR="00B5373D" w:rsidRPr="00D02DDB" w:rsidRDefault="00592F5F" w:rsidP="00F5604F">
            <w:pPr>
              <w:spacing w:line="264" w:lineRule="auto"/>
              <w:jc w:val="center"/>
              <w:rPr>
                <w:rFonts w:cs="Times New Roman"/>
                <w:b/>
                <w:bCs/>
                <w:color w:val="000000" w:themeColor="text1"/>
                <w:lang w:val="ru-RU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  <w:lang w:val="ru-RU"/>
              </w:rPr>
              <w:t>Подраздел раздела инфоблока «Документы» нового сайта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14:paraId="55F6E803" w14:textId="77777777" w:rsidR="00B5373D" w:rsidRPr="00D02DDB" w:rsidRDefault="00B5373D" w:rsidP="00F5604F">
            <w:pPr>
              <w:spacing w:line="264" w:lineRule="auto"/>
              <w:jc w:val="center"/>
              <w:rPr>
                <w:rFonts w:cs="Times New Roman"/>
                <w:color w:val="000000" w:themeColor="text1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</w:rPr>
              <w:t>Старый сайт</w:t>
            </w:r>
          </w:p>
        </w:tc>
      </w:tr>
      <w:tr w:rsidR="00B5373D" w:rsidRPr="00D02DDB" w14:paraId="707EC202" w14:textId="77777777" w:rsidTr="00B5373D">
        <w:tc>
          <w:tcPr>
            <w:tcW w:w="5539" w:type="dxa"/>
          </w:tcPr>
          <w:p w14:paraId="2BF3910B" w14:textId="5DF6D0E7" w:rsidR="00B5373D" w:rsidRPr="00D02DDB" w:rsidRDefault="00B5373D" w:rsidP="00B5373D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eastAsia="Arial" w:cs="Times New Roman"/>
                <w:color w:val="10212F"/>
              </w:rPr>
              <w:t>Законодательство</w:t>
            </w:r>
          </w:p>
        </w:tc>
        <w:tc>
          <w:tcPr>
            <w:tcW w:w="5244" w:type="dxa"/>
          </w:tcPr>
          <w:p w14:paraId="1744BA0F" w14:textId="0F67402A" w:rsidR="00B5373D" w:rsidRPr="00D02DDB" w:rsidRDefault="00B5373D" w:rsidP="00F5604F">
            <w:pPr>
              <w:spacing w:line="264" w:lineRule="auto"/>
              <w:rPr>
                <w:rFonts w:cs="Times New Roman"/>
                <w:lang w:val="ru-RU"/>
              </w:rPr>
            </w:pPr>
            <w:hyperlink r:id="rId16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</w:t>
              </w:r>
              <w:r w:rsidRPr="00D02DDB">
                <w:rPr>
                  <w:rStyle w:val="aff8"/>
                  <w:rFonts w:cs="Times New Roman"/>
                </w:rPr>
                <w:t>a</w:t>
              </w:r>
              <w:r w:rsidRPr="00D02DDB">
                <w:rPr>
                  <w:rStyle w:val="aff8"/>
                  <w:rFonts w:cs="Times New Roman"/>
                </w:rPr>
                <w:t>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=131</w:t>
              </w:r>
            </w:hyperlink>
          </w:p>
        </w:tc>
      </w:tr>
      <w:tr w:rsidR="00B5373D" w:rsidRPr="00D02DDB" w14:paraId="5B633B4B" w14:textId="77777777" w:rsidTr="00B5373D">
        <w:tc>
          <w:tcPr>
            <w:tcW w:w="5539" w:type="dxa"/>
          </w:tcPr>
          <w:p w14:paraId="0C6CC879" w14:textId="7D0F019C" w:rsidR="00B5373D" w:rsidRPr="00D02DDB" w:rsidRDefault="00B5373D" w:rsidP="00B5373D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eastAsia="Arial" w:cs="Times New Roman"/>
                <w:color w:val="10212F"/>
              </w:rPr>
              <w:t>Документы палаты</w:t>
            </w:r>
          </w:p>
        </w:tc>
        <w:tc>
          <w:tcPr>
            <w:tcW w:w="5244" w:type="dxa"/>
          </w:tcPr>
          <w:p w14:paraId="45EDAC94" w14:textId="4BE62CC7" w:rsidR="00B5373D" w:rsidRPr="00D02DDB" w:rsidRDefault="00B5373D" w:rsidP="00B470AA">
            <w:pPr>
              <w:spacing w:after="50" w:line="264" w:lineRule="auto"/>
              <w:rPr>
                <w:rFonts w:cs="Times New Roman"/>
              </w:rPr>
            </w:pPr>
            <w:hyperlink r:id="rId17" w:history="1">
              <w:r w:rsidRPr="00D02DDB">
                <w:rPr>
                  <w:rStyle w:val="aff8"/>
                  <w:rFonts w:cs="Times New Roman"/>
                </w:rPr>
                <w:t>https://kspkuban.ru/?page_id=4923</w:t>
              </w:r>
            </w:hyperlink>
            <w:r w:rsidRPr="00D02DDB">
              <w:rPr>
                <w:rFonts w:cs="Times New Roman"/>
              </w:rPr>
              <w:t xml:space="preserve"> </w:t>
            </w:r>
          </w:p>
        </w:tc>
      </w:tr>
      <w:tr w:rsidR="00B5373D" w:rsidRPr="00D02DDB" w14:paraId="33BED094" w14:textId="77777777" w:rsidTr="00B5373D">
        <w:tc>
          <w:tcPr>
            <w:tcW w:w="5539" w:type="dxa"/>
          </w:tcPr>
          <w:p w14:paraId="0FC0FF83" w14:textId="51E3934A" w:rsidR="00B5373D" w:rsidRPr="00D02DDB" w:rsidRDefault="00B5373D" w:rsidP="00B5373D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eastAsia="Arial" w:cs="Times New Roman"/>
                <w:color w:val="10212F"/>
              </w:rPr>
              <w:t>Регламент</w:t>
            </w:r>
          </w:p>
        </w:tc>
        <w:tc>
          <w:tcPr>
            <w:tcW w:w="5244" w:type="dxa"/>
          </w:tcPr>
          <w:p w14:paraId="5D967D17" w14:textId="279EBAEF" w:rsidR="00B5373D" w:rsidRPr="00D02DDB" w:rsidRDefault="00B5373D" w:rsidP="00B470AA">
            <w:pPr>
              <w:spacing w:after="50" w:line="264" w:lineRule="auto"/>
              <w:rPr>
                <w:rFonts w:cs="Times New Roman"/>
              </w:rPr>
            </w:pPr>
            <w:hyperlink r:id="rId18" w:history="1">
              <w:r w:rsidRPr="00D02DDB">
                <w:rPr>
                  <w:rStyle w:val="aff8"/>
                  <w:rFonts w:cs="Times New Roman"/>
                </w:rPr>
                <w:t>https://kspkuban.ru/?page_id=135</w:t>
              </w:r>
            </w:hyperlink>
          </w:p>
        </w:tc>
      </w:tr>
      <w:tr w:rsidR="00B5373D" w:rsidRPr="00D02DDB" w14:paraId="1505D25B" w14:textId="77777777" w:rsidTr="00B5373D">
        <w:tc>
          <w:tcPr>
            <w:tcW w:w="5539" w:type="dxa"/>
          </w:tcPr>
          <w:p w14:paraId="58FB75FB" w14:textId="72E3A2EE" w:rsidR="00B5373D" w:rsidRPr="00D02DDB" w:rsidRDefault="00B5373D" w:rsidP="00B5373D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eastAsia="Arial" w:cs="Times New Roman"/>
                <w:color w:val="10212F"/>
              </w:rPr>
              <w:t>Стандарты</w:t>
            </w:r>
          </w:p>
        </w:tc>
        <w:tc>
          <w:tcPr>
            <w:tcW w:w="5244" w:type="dxa"/>
          </w:tcPr>
          <w:p w14:paraId="4A71F21B" w14:textId="119E812C" w:rsidR="00B5373D" w:rsidRPr="00D02DDB" w:rsidRDefault="00B5373D" w:rsidP="00B470AA">
            <w:pPr>
              <w:spacing w:after="50" w:line="264" w:lineRule="auto"/>
              <w:rPr>
                <w:rFonts w:cs="Times New Roman"/>
              </w:rPr>
            </w:pPr>
            <w:hyperlink r:id="rId19" w:history="1">
              <w:r w:rsidRPr="00D02DDB">
                <w:rPr>
                  <w:rStyle w:val="aff8"/>
                  <w:rFonts w:cs="Times New Roman"/>
                </w:rPr>
                <w:t>https://kspkuban.ru/?page_id=7147</w:t>
              </w:r>
            </w:hyperlink>
          </w:p>
        </w:tc>
      </w:tr>
      <w:tr w:rsidR="00B5373D" w:rsidRPr="00D02DDB" w14:paraId="02DBB4F4" w14:textId="77777777" w:rsidTr="00B5373D">
        <w:tc>
          <w:tcPr>
            <w:tcW w:w="5539" w:type="dxa"/>
          </w:tcPr>
          <w:p w14:paraId="5B0F170A" w14:textId="1B535179" w:rsidR="00B5373D" w:rsidRPr="00D02DDB" w:rsidRDefault="00B5373D" w:rsidP="00B5373D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eastAsia="Arial" w:cs="Times New Roman"/>
                <w:color w:val="10212F"/>
              </w:rPr>
              <w:t>Соглашения о сотрудничестве</w:t>
            </w:r>
          </w:p>
        </w:tc>
        <w:tc>
          <w:tcPr>
            <w:tcW w:w="5244" w:type="dxa"/>
          </w:tcPr>
          <w:p w14:paraId="5EC0BC36" w14:textId="2DF221A1" w:rsidR="00B5373D" w:rsidRPr="00D02DDB" w:rsidRDefault="00B5373D" w:rsidP="00B470AA">
            <w:pPr>
              <w:spacing w:after="50" w:line="264" w:lineRule="auto"/>
              <w:rPr>
                <w:rFonts w:cs="Times New Roman"/>
                <w:lang w:val="ru-RU"/>
              </w:rPr>
            </w:pPr>
            <w:hyperlink r:id="rId20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=7151</w:t>
              </w:r>
            </w:hyperlink>
          </w:p>
        </w:tc>
      </w:tr>
      <w:tr w:rsidR="00B5373D" w:rsidRPr="00D02DDB" w14:paraId="6405A62B" w14:textId="77777777" w:rsidTr="00B5373D">
        <w:tc>
          <w:tcPr>
            <w:tcW w:w="5539" w:type="dxa"/>
          </w:tcPr>
          <w:p w14:paraId="0B704D32" w14:textId="535CB53B" w:rsidR="00B5373D" w:rsidRPr="00D02DDB" w:rsidRDefault="00B5373D" w:rsidP="00B5373D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eastAsia="Arial" w:cs="Times New Roman"/>
                <w:color w:val="10212F"/>
                <w:lang w:val="ru-RU"/>
              </w:rPr>
              <w:t>Локальные акты и документы палаты</w:t>
            </w:r>
          </w:p>
        </w:tc>
        <w:tc>
          <w:tcPr>
            <w:tcW w:w="5244" w:type="dxa"/>
          </w:tcPr>
          <w:p w14:paraId="6E4E2FCF" w14:textId="5E365207" w:rsidR="00B5373D" w:rsidRPr="00D02DDB" w:rsidRDefault="00B5373D" w:rsidP="00B470AA">
            <w:pPr>
              <w:spacing w:line="264" w:lineRule="auto"/>
              <w:rPr>
                <w:rFonts w:cs="Times New Roman"/>
                <w:lang w:val="ru-RU"/>
              </w:rPr>
            </w:pPr>
            <w:hyperlink r:id="rId21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=25</w:t>
              </w:r>
              <w:r w:rsidRPr="00D02DDB">
                <w:rPr>
                  <w:rStyle w:val="aff8"/>
                  <w:rFonts w:cs="Times New Roman"/>
                  <w:lang w:val="ru-RU"/>
                </w:rPr>
                <w:t>4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  <w:tr w:rsidR="00B5373D" w:rsidRPr="00D02DDB" w14:paraId="7C50A5C4" w14:textId="77777777" w:rsidTr="00B5373D">
        <w:tc>
          <w:tcPr>
            <w:tcW w:w="5539" w:type="dxa"/>
          </w:tcPr>
          <w:p w14:paraId="5F6D90F0" w14:textId="70DB46EA" w:rsidR="00B5373D" w:rsidRPr="00D02DDB" w:rsidRDefault="00B5373D" w:rsidP="00B5373D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eastAsia="Arial" w:cs="Times New Roman"/>
                <w:color w:val="10212F"/>
              </w:rPr>
              <w:t>Предложения (рекомендации) КСО</w:t>
            </w:r>
          </w:p>
        </w:tc>
        <w:tc>
          <w:tcPr>
            <w:tcW w:w="5244" w:type="dxa"/>
          </w:tcPr>
          <w:p w14:paraId="7E871449" w14:textId="15690CDB" w:rsidR="00B5373D" w:rsidRPr="00D02DDB" w:rsidRDefault="00B5373D" w:rsidP="00B470AA">
            <w:pPr>
              <w:spacing w:after="50" w:line="264" w:lineRule="auto"/>
              <w:rPr>
                <w:rFonts w:cs="Times New Roman"/>
              </w:rPr>
            </w:pPr>
            <w:hyperlink r:id="rId22" w:history="1">
              <w:r w:rsidRPr="00D02DDB">
                <w:rPr>
                  <w:rStyle w:val="aff8"/>
                  <w:rFonts w:cs="Times New Roman"/>
                </w:rPr>
                <w:t>https://kspkuban.ru/?cat=172</w:t>
              </w:r>
            </w:hyperlink>
          </w:p>
        </w:tc>
      </w:tr>
      <w:tr w:rsidR="00B5373D" w:rsidRPr="00D02DDB" w14:paraId="0DAD0832" w14:textId="77777777" w:rsidTr="00B5373D">
        <w:trPr>
          <w:trHeight w:val="362"/>
        </w:trPr>
        <w:tc>
          <w:tcPr>
            <w:tcW w:w="5539" w:type="dxa"/>
          </w:tcPr>
          <w:p w14:paraId="03C05754" w14:textId="15321BD7" w:rsidR="00B5373D" w:rsidRPr="00D02DDB" w:rsidRDefault="00B5373D" w:rsidP="00B5373D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eastAsia="Arial" w:cs="Times New Roman"/>
                <w:color w:val="10212F"/>
              </w:rPr>
              <w:t>Стратегия развития</w:t>
            </w:r>
          </w:p>
        </w:tc>
        <w:tc>
          <w:tcPr>
            <w:tcW w:w="5244" w:type="dxa"/>
          </w:tcPr>
          <w:p w14:paraId="0EC85DD6" w14:textId="2ED9B7B3" w:rsidR="00B5373D" w:rsidRPr="00D02DDB" w:rsidRDefault="00B5373D" w:rsidP="00B470AA">
            <w:pPr>
              <w:spacing w:after="50" w:line="264" w:lineRule="auto"/>
              <w:rPr>
                <w:rFonts w:cs="Times New Roman"/>
              </w:rPr>
            </w:pPr>
            <w:hyperlink r:id="rId23" w:history="1">
              <w:r w:rsidRPr="00D02DDB">
                <w:rPr>
                  <w:rStyle w:val="aff8"/>
                  <w:rFonts w:cs="Times New Roman"/>
                </w:rPr>
                <w:t>https://kspkuban.ru/?page_id=11931</w:t>
              </w:r>
            </w:hyperlink>
            <w:r w:rsidRPr="00D02DDB">
              <w:rPr>
                <w:rFonts w:cs="Times New Roman"/>
              </w:rPr>
              <w:t xml:space="preserve"> </w:t>
            </w:r>
          </w:p>
        </w:tc>
      </w:tr>
    </w:tbl>
    <w:p w14:paraId="4220228E" w14:textId="77777777" w:rsidR="00F5604F" w:rsidRPr="00D02DDB" w:rsidRDefault="00F5604F" w:rsidP="00F5604F">
      <w:pPr>
        <w:spacing w:after="100"/>
        <w:rPr>
          <w:rFonts w:cs="Times New Roman"/>
        </w:rPr>
      </w:pPr>
    </w:p>
    <w:tbl>
      <w:tblPr>
        <w:tblStyle w:val="aff0"/>
        <w:tblW w:w="10783" w:type="dxa"/>
        <w:tblLayout w:type="fixed"/>
        <w:tblLook w:val="04A0" w:firstRow="1" w:lastRow="0" w:firstColumn="1" w:lastColumn="0" w:noHBand="0" w:noVBand="1"/>
      </w:tblPr>
      <w:tblGrid>
        <w:gridCol w:w="5539"/>
        <w:gridCol w:w="5244"/>
      </w:tblGrid>
      <w:tr w:rsidR="00B5373D" w:rsidRPr="00D02DDB" w14:paraId="7173EC02" w14:textId="77777777" w:rsidTr="00B470AA">
        <w:tc>
          <w:tcPr>
            <w:tcW w:w="10783" w:type="dxa"/>
            <w:gridSpan w:val="2"/>
            <w:shd w:val="clear" w:color="auto" w:fill="D9D9D9" w:themeFill="background1" w:themeFillShade="D9"/>
          </w:tcPr>
          <w:p w14:paraId="29FD3200" w14:textId="2BEC4A2E" w:rsidR="00B5373D" w:rsidRPr="00D02DDB" w:rsidRDefault="00B5373D" w:rsidP="00B470AA">
            <w:pPr>
              <w:spacing w:line="264" w:lineRule="auto"/>
              <w:jc w:val="center"/>
              <w:rPr>
                <w:rFonts w:eastAsia="Arial" w:cs="Times New Roman"/>
                <w:b/>
                <w:bCs/>
                <w:color w:val="5B6B7A"/>
                <w:lang w:val="ru-RU"/>
              </w:rPr>
            </w:pPr>
            <w:r w:rsidRPr="00D02DDB">
              <w:rPr>
                <w:rFonts w:eastAsia="Arial" w:cs="Times New Roman"/>
                <w:lang w:val="ru-RU"/>
              </w:rPr>
              <w:t>Раздел «</w:t>
            </w:r>
            <w:r w:rsidRPr="00D02DDB">
              <w:rPr>
                <w:rFonts w:cs="Times New Roman"/>
              </w:rPr>
              <w:t>Деятельность</w:t>
            </w:r>
            <w:r w:rsidRPr="00D02DDB">
              <w:rPr>
                <w:rFonts w:eastAsia="Arial" w:cs="Times New Roman"/>
                <w:lang w:val="ru-RU"/>
              </w:rPr>
              <w:t>»</w:t>
            </w:r>
            <w:r w:rsidR="00D02DDB">
              <w:rPr>
                <w:rFonts w:eastAsia="Arial" w:cs="Times New Roman"/>
                <w:lang w:val="ru-RU"/>
              </w:rPr>
              <w:t xml:space="preserve"> </w:t>
            </w:r>
            <w:r w:rsidR="00D02DDB">
              <w:rPr>
                <w:rFonts w:eastAsia="Arial" w:cs="Times New Roman"/>
                <w:lang w:val="ru-RU"/>
              </w:rPr>
              <w:t>инфблока «Документы»</w:t>
            </w:r>
          </w:p>
        </w:tc>
      </w:tr>
      <w:tr w:rsidR="00B5373D" w:rsidRPr="00D02DDB" w14:paraId="55DAA652" w14:textId="77777777" w:rsidTr="00B470AA">
        <w:tc>
          <w:tcPr>
            <w:tcW w:w="5539" w:type="dxa"/>
            <w:shd w:val="clear" w:color="auto" w:fill="D9D9D9" w:themeFill="background1" w:themeFillShade="D9"/>
          </w:tcPr>
          <w:p w14:paraId="073209E8" w14:textId="41C7C8B5" w:rsidR="00B5373D" w:rsidRPr="00D02DDB" w:rsidRDefault="00592F5F" w:rsidP="00B470AA">
            <w:pPr>
              <w:spacing w:line="264" w:lineRule="auto"/>
              <w:jc w:val="center"/>
              <w:rPr>
                <w:rFonts w:cs="Times New Roman"/>
                <w:b/>
                <w:bCs/>
                <w:color w:val="000000" w:themeColor="text1"/>
                <w:lang w:val="ru-RU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  <w:lang w:val="ru-RU"/>
              </w:rPr>
              <w:t>Подраздел раздела инфоблока «Документы» нового сайта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14:paraId="25B2C274" w14:textId="77777777" w:rsidR="00B5373D" w:rsidRPr="00D02DDB" w:rsidRDefault="00B5373D" w:rsidP="00B470AA">
            <w:pPr>
              <w:spacing w:line="264" w:lineRule="auto"/>
              <w:jc w:val="center"/>
              <w:rPr>
                <w:rFonts w:cs="Times New Roman"/>
                <w:color w:val="000000" w:themeColor="text1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</w:rPr>
              <w:t>Старый сайт</w:t>
            </w:r>
          </w:p>
        </w:tc>
      </w:tr>
      <w:tr w:rsidR="00B5373D" w:rsidRPr="00D02DDB" w14:paraId="7232671F" w14:textId="77777777" w:rsidTr="00B470AA">
        <w:tc>
          <w:tcPr>
            <w:tcW w:w="5539" w:type="dxa"/>
          </w:tcPr>
          <w:p w14:paraId="402B6AE3" w14:textId="41955908" w:rsidR="00B5373D" w:rsidRPr="00D02DDB" w:rsidRDefault="00B5373D" w:rsidP="00B470AA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</w:rPr>
              <w:t>Отчёты о работе</w:t>
            </w:r>
          </w:p>
        </w:tc>
        <w:tc>
          <w:tcPr>
            <w:tcW w:w="5244" w:type="dxa"/>
          </w:tcPr>
          <w:p w14:paraId="5CB04ACC" w14:textId="7055FC1D" w:rsidR="00B5373D" w:rsidRPr="00D02DDB" w:rsidRDefault="00B5373D" w:rsidP="00B470AA">
            <w:pPr>
              <w:spacing w:line="264" w:lineRule="auto"/>
              <w:rPr>
                <w:rFonts w:cs="Times New Roman"/>
                <w:lang w:val="ru-RU"/>
              </w:rPr>
            </w:pPr>
            <w:hyperlink r:id="rId24" w:history="1">
              <w:r w:rsidRPr="00D02DDB">
                <w:rPr>
                  <w:rStyle w:val="aff8"/>
                  <w:rFonts w:cs="Times New Roman"/>
                </w:rPr>
                <w:t>https://kspkuban.ru/?cat=12</w:t>
              </w:r>
            </w:hyperlink>
          </w:p>
        </w:tc>
      </w:tr>
      <w:tr w:rsidR="00B5373D" w:rsidRPr="00D02DDB" w14:paraId="5580DD7A" w14:textId="77777777" w:rsidTr="00B470AA">
        <w:tc>
          <w:tcPr>
            <w:tcW w:w="5539" w:type="dxa"/>
          </w:tcPr>
          <w:p w14:paraId="12AB0980" w14:textId="283C08F9" w:rsidR="00B5373D" w:rsidRPr="00D02DDB" w:rsidRDefault="00B5373D" w:rsidP="00B470AA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Сведения об использовании бюджетных средств</w:t>
            </w:r>
          </w:p>
        </w:tc>
        <w:tc>
          <w:tcPr>
            <w:tcW w:w="5244" w:type="dxa"/>
          </w:tcPr>
          <w:p w14:paraId="469822EE" w14:textId="29190FCD" w:rsidR="00B5373D" w:rsidRPr="00D02DDB" w:rsidRDefault="00B5373D" w:rsidP="00B470AA">
            <w:pPr>
              <w:spacing w:after="50" w:line="264" w:lineRule="auto"/>
              <w:rPr>
                <w:rFonts w:cs="Times New Roman"/>
                <w:lang w:val="ru-RU"/>
              </w:rPr>
            </w:pPr>
            <w:hyperlink r:id="rId25" w:history="1">
              <w:r w:rsidRPr="00D02DDB">
                <w:rPr>
                  <w:rStyle w:val="aff8"/>
                  <w:rFonts w:cs="Times New Roman"/>
                </w:rPr>
                <w:t>https://kspkuban.ru/?cat=14</w:t>
              </w:r>
            </w:hyperlink>
          </w:p>
        </w:tc>
      </w:tr>
    </w:tbl>
    <w:p w14:paraId="1630B70B" w14:textId="77777777" w:rsidR="00F5604F" w:rsidRPr="00D02DDB" w:rsidRDefault="00F5604F">
      <w:pPr>
        <w:spacing w:after="0"/>
        <w:rPr>
          <w:rFonts w:cs="Times New Roman"/>
          <w:lang w:val="ru-RU"/>
        </w:rPr>
      </w:pPr>
    </w:p>
    <w:p w14:paraId="200D4005" w14:textId="77777777" w:rsidR="00B5373D" w:rsidRPr="00D02DDB" w:rsidRDefault="00B5373D">
      <w:pPr>
        <w:spacing w:after="0"/>
        <w:rPr>
          <w:rFonts w:cs="Times New Roman"/>
          <w:lang w:val="ru-RU"/>
        </w:rPr>
      </w:pPr>
    </w:p>
    <w:tbl>
      <w:tblPr>
        <w:tblStyle w:val="aff0"/>
        <w:tblW w:w="10783" w:type="dxa"/>
        <w:tblLayout w:type="fixed"/>
        <w:tblLook w:val="04A0" w:firstRow="1" w:lastRow="0" w:firstColumn="1" w:lastColumn="0" w:noHBand="0" w:noVBand="1"/>
      </w:tblPr>
      <w:tblGrid>
        <w:gridCol w:w="5539"/>
        <w:gridCol w:w="5244"/>
      </w:tblGrid>
      <w:tr w:rsidR="00B5373D" w:rsidRPr="00D02DDB" w14:paraId="6D6577C2" w14:textId="77777777" w:rsidTr="00B470AA">
        <w:tc>
          <w:tcPr>
            <w:tcW w:w="10783" w:type="dxa"/>
            <w:gridSpan w:val="2"/>
            <w:shd w:val="clear" w:color="auto" w:fill="D9D9D9" w:themeFill="background1" w:themeFillShade="D9"/>
          </w:tcPr>
          <w:p w14:paraId="1E63955B" w14:textId="00B6406C" w:rsidR="00B5373D" w:rsidRPr="00D02DDB" w:rsidRDefault="00B5373D" w:rsidP="00B470AA">
            <w:pPr>
              <w:spacing w:line="264" w:lineRule="auto"/>
              <w:jc w:val="center"/>
              <w:rPr>
                <w:rFonts w:eastAsia="Arial" w:cs="Times New Roman"/>
                <w:b/>
                <w:bCs/>
                <w:color w:val="5B6B7A"/>
                <w:lang w:val="ru-RU"/>
              </w:rPr>
            </w:pPr>
            <w:r w:rsidRPr="00D02DDB">
              <w:rPr>
                <w:rFonts w:eastAsia="Arial" w:cs="Times New Roman"/>
                <w:lang w:val="ru-RU"/>
              </w:rPr>
              <w:t>Раздел «</w:t>
            </w:r>
            <w:r w:rsidRPr="00D02DDB">
              <w:rPr>
                <w:rFonts w:cs="Times New Roman"/>
                <w:lang w:val="ru-RU"/>
              </w:rPr>
              <w:t>Интервью и выступления</w:t>
            </w:r>
            <w:r w:rsidRPr="00D02DDB">
              <w:rPr>
                <w:rFonts w:eastAsia="Arial" w:cs="Times New Roman"/>
                <w:lang w:val="ru-RU"/>
              </w:rPr>
              <w:t>»</w:t>
            </w:r>
            <w:r w:rsidR="00D02DDB">
              <w:rPr>
                <w:rFonts w:eastAsia="Arial" w:cs="Times New Roman"/>
                <w:lang w:val="ru-RU"/>
              </w:rPr>
              <w:t xml:space="preserve"> </w:t>
            </w:r>
            <w:r w:rsidR="00D02DDB">
              <w:rPr>
                <w:rFonts w:eastAsia="Arial" w:cs="Times New Roman"/>
                <w:lang w:val="ru-RU"/>
              </w:rPr>
              <w:t>инфблока «Документы»</w:t>
            </w:r>
          </w:p>
        </w:tc>
      </w:tr>
      <w:tr w:rsidR="00B5373D" w:rsidRPr="00D02DDB" w14:paraId="3A5E69C1" w14:textId="77777777" w:rsidTr="00B470AA">
        <w:tc>
          <w:tcPr>
            <w:tcW w:w="5539" w:type="dxa"/>
            <w:shd w:val="clear" w:color="auto" w:fill="D9D9D9" w:themeFill="background1" w:themeFillShade="D9"/>
          </w:tcPr>
          <w:p w14:paraId="68B0340D" w14:textId="50B2EBCE" w:rsidR="00B5373D" w:rsidRPr="00D02DDB" w:rsidRDefault="00592F5F" w:rsidP="00B470AA">
            <w:pPr>
              <w:spacing w:line="264" w:lineRule="auto"/>
              <w:jc w:val="center"/>
              <w:rPr>
                <w:rFonts w:cs="Times New Roman"/>
                <w:b/>
                <w:bCs/>
                <w:color w:val="000000" w:themeColor="text1"/>
                <w:lang w:val="ru-RU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  <w:lang w:val="ru-RU"/>
              </w:rPr>
              <w:t>Подраздел раздела инфоблока «Документы» нового сайта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14:paraId="4AC9CA30" w14:textId="77777777" w:rsidR="00B5373D" w:rsidRPr="00D02DDB" w:rsidRDefault="00B5373D" w:rsidP="00B470AA">
            <w:pPr>
              <w:spacing w:line="264" w:lineRule="auto"/>
              <w:jc w:val="center"/>
              <w:rPr>
                <w:rFonts w:cs="Times New Roman"/>
                <w:color w:val="000000" w:themeColor="text1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</w:rPr>
              <w:t>Старый сайт</w:t>
            </w:r>
          </w:p>
        </w:tc>
      </w:tr>
      <w:tr w:rsidR="00B5373D" w:rsidRPr="00D02DDB" w14:paraId="09E71C76" w14:textId="77777777" w:rsidTr="00B470AA">
        <w:tc>
          <w:tcPr>
            <w:tcW w:w="5539" w:type="dxa"/>
          </w:tcPr>
          <w:p w14:paraId="530BF48B" w14:textId="7FF6D4A7" w:rsidR="00B5373D" w:rsidRPr="00D02DDB" w:rsidRDefault="00B5373D" w:rsidP="00B470AA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</w:rPr>
              <w:lastRenderedPageBreak/>
              <w:t>Интервью и выступления</w:t>
            </w:r>
          </w:p>
        </w:tc>
        <w:tc>
          <w:tcPr>
            <w:tcW w:w="5244" w:type="dxa"/>
          </w:tcPr>
          <w:p w14:paraId="0CB153C3" w14:textId="3D093D57" w:rsidR="00B5373D" w:rsidRPr="00D02DDB" w:rsidRDefault="00B5373D" w:rsidP="00B470AA">
            <w:pPr>
              <w:spacing w:line="264" w:lineRule="auto"/>
              <w:rPr>
                <w:rFonts w:cs="Times New Roman"/>
                <w:lang w:val="ru-RU"/>
              </w:rPr>
            </w:pPr>
            <w:hyperlink r:id="rId26" w:history="1">
              <w:r w:rsidRPr="00D02DDB">
                <w:rPr>
                  <w:rStyle w:val="aff8"/>
                  <w:rFonts w:cs="Times New Roman"/>
                </w:rPr>
                <w:t>https://kspkuban.ru/?cat=24</w:t>
              </w:r>
            </w:hyperlink>
          </w:p>
        </w:tc>
      </w:tr>
    </w:tbl>
    <w:p w14:paraId="0BDEC67F" w14:textId="77777777" w:rsidR="00B5373D" w:rsidRPr="00D02DDB" w:rsidRDefault="00B5373D">
      <w:pPr>
        <w:pStyle w:val="21"/>
        <w:rPr>
          <w:rFonts w:ascii="Times New Roman" w:hAnsi="Times New Roman" w:cs="Times New Roman"/>
          <w:szCs w:val="22"/>
          <w:lang w:val="ru-RU"/>
        </w:rPr>
      </w:pPr>
    </w:p>
    <w:tbl>
      <w:tblPr>
        <w:tblStyle w:val="aff0"/>
        <w:tblW w:w="10783" w:type="dxa"/>
        <w:tblLayout w:type="fixed"/>
        <w:tblLook w:val="04A0" w:firstRow="1" w:lastRow="0" w:firstColumn="1" w:lastColumn="0" w:noHBand="0" w:noVBand="1"/>
      </w:tblPr>
      <w:tblGrid>
        <w:gridCol w:w="5539"/>
        <w:gridCol w:w="5244"/>
      </w:tblGrid>
      <w:tr w:rsidR="00B5373D" w:rsidRPr="00D02DDB" w14:paraId="6A331366" w14:textId="77777777" w:rsidTr="00B470AA">
        <w:tc>
          <w:tcPr>
            <w:tcW w:w="10783" w:type="dxa"/>
            <w:gridSpan w:val="2"/>
            <w:shd w:val="clear" w:color="auto" w:fill="D9D9D9" w:themeFill="background1" w:themeFillShade="D9"/>
          </w:tcPr>
          <w:p w14:paraId="4EE2B47E" w14:textId="6CBAD08E" w:rsidR="00B5373D" w:rsidRPr="00D02DDB" w:rsidRDefault="00B5373D" w:rsidP="00B470AA">
            <w:pPr>
              <w:spacing w:line="264" w:lineRule="auto"/>
              <w:jc w:val="center"/>
              <w:rPr>
                <w:rFonts w:eastAsia="Arial" w:cs="Times New Roman"/>
                <w:b/>
                <w:bCs/>
                <w:color w:val="5B6B7A"/>
                <w:lang w:val="ru-RU"/>
              </w:rPr>
            </w:pPr>
            <w:r w:rsidRPr="00D02DDB">
              <w:rPr>
                <w:rFonts w:eastAsia="Arial" w:cs="Times New Roman"/>
                <w:lang w:val="ru-RU"/>
              </w:rPr>
              <w:t>Раздел «</w:t>
            </w:r>
            <w:r w:rsidRPr="00D02DDB">
              <w:rPr>
                <w:rFonts w:cs="Times New Roman"/>
                <w:lang w:val="ru-RU"/>
              </w:rPr>
              <w:t>Кадровое обеспечение</w:t>
            </w:r>
            <w:r w:rsidRPr="00D02DDB">
              <w:rPr>
                <w:rFonts w:eastAsia="Arial" w:cs="Times New Roman"/>
                <w:lang w:val="ru-RU"/>
              </w:rPr>
              <w:t>»</w:t>
            </w:r>
            <w:r w:rsidR="00D02DDB">
              <w:rPr>
                <w:rFonts w:eastAsia="Arial" w:cs="Times New Roman"/>
                <w:lang w:val="ru-RU"/>
              </w:rPr>
              <w:t xml:space="preserve"> </w:t>
            </w:r>
            <w:r w:rsidR="00D02DDB">
              <w:rPr>
                <w:rFonts w:eastAsia="Arial" w:cs="Times New Roman"/>
                <w:lang w:val="ru-RU"/>
              </w:rPr>
              <w:t>инфблока «Документы»</w:t>
            </w:r>
          </w:p>
        </w:tc>
      </w:tr>
      <w:tr w:rsidR="00B5373D" w:rsidRPr="00D02DDB" w14:paraId="2AAF709E" w14:textId="77777777" w:rsidTr="00B470AA">
        <w:tc>
          <w:tcPr>
            <w:tcW w:w="5539" w:type="dxa"/>
            <w:shd w:val="clear" w:color="auto" w:fill="D9D9D9" w:themeFill="background1" w:themeFillShade="D9"/>
          </w:tcPr>
          <w:p w14:paraId="447C10CA" w14:textId="5F9EC31F" w:rsidR="00B5373D" w:rsidRPr="00D02DDB" w:rsidRDefault="00592F5F" w:rsidP="00B470AA">
            <w:pPr>
              <w:spacing w:line="264" w:lineRule="auto"/>
              <w:jc w:val="center"/>
              <w:rPr>
                <w:rFonts w:cs="Times New Roman"/>
                <w:b/>
                <w:bCs/>
                <w:color w:val="000000" w:themeColor="text1"/>
                <w:lang w:val="ru-RU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  <w:lang w:val="ru-RU"/>
              </w:rPr>
              <w:t>Подраздел раздела инфоблока «Документы» нового сайта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14:paraId="669CDBF7" w14:textId="77777777" w:rsidR="00B5373D" w:rsidRPr="00D02DDB" w:rsidRDefault="00B5373D" w:rsidP="00B470AA">
            <w:pPr>
              <w:spacing w:line="264" w:lineRule="auto"/>
              <w:jc w:val="center"/>
              <w:rPr>
                <w:rFonts w:cs="Times New Roman"/>
                <w:color w:val="000000" w:themeColor="text1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</w:rPr>
              <w:t>Старый сайт</w:t>
            </w:r>
          </w:p>
        </w:tc>
      </w:tr>
      <w:tr w:rsidR="00B5373D" w:rsidRPr="00D02DDB" w14:paraId="3EDB5567" w14:textId="77777777" w:rsidTr="00B470AA">
        <w:tc>
          <w:tcPr>
            <w:tcW w:w="5539" w:type="dxa"/>
          </w:tcPr>
          <w:p w14:paraId="278027BB" w14:textId="5E812833" w:rsidR="00B5373D" w:rsidRPr="00D02DDB" w:rsidRDefault="00592F5F" w:rsidP="00592F5F">
            <w:pPr>
              <w:pStyle w:val="1"/>
              <w:spacing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D02DD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  <w:t>Порядок поступления граждан на госслужбу</w:t>
            </w:r>
          </w:p>
        </w:tc>
        <w:tc>
          <w:tcPr>
            <w:tcW w:w="5244" w:type="dxa"/>
          </w:tcPr>
          <w:p w14:paraId="7A80EB99" w14:textId="4F0F912E" w:rsidR="00B5373D" w:rsidRPr="00D02DDB" w:rsidRDefault="00592F5F" w:rsidP="00B470AA">
            <w:pPr>
              <w:spacing w:line="264" w:lineRule="auto"/>
              <w:rPr>
                <w:rFonts w:cs="Times New Roman"/>
                <w:lang w:val="ru-RU"/>
              </w:rPr>
            </w:pPr>
            <w:hyperlink r:id="rId27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=180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  <w:tr w:rsidR="00B5373D" w:rsidRPr="00D02DDB" w14:paraId="1565CAD9" w14:textId="77777777" w:rsidTr="00B470AA">
        <w:tc>
          <w:tcPr>
            <w:tcW w:w="5539" w:type="dxa"/>
          </w:tcPr>
          <w:p w14:paraId="7F681DD1" w14:textId="398A4EAB" w:rsidR="00B5373D" w:rsidRPr="00D02DDB" w:rsidRDefault="00592F5F" w:rsidP="00B470AA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Сведения о вакантных должностях государственной гражданской службы в контрольно-счетной палате краснодарского края</w:t>
            </w:r>
          </w:p>
        </w:tc>
        <w:tc>
          <w:tcPr>
            <w:tcW w:w="5244" w:type="dxa"/>
          </w:tcPr>
          <w:p w14:paraId="584CCD1E" w14:textId="4D0D47E3" w:rsidR="00B5373D" w:rsidRPr="00D02DDB" w:rsidRDefault="00592F5F" w:rsidP="00B470AA">
            <w:pPr>
              <w:spacing w:after="50" w:line="264" w:lineRule="auto"/>
              <w:rPr>
                <w:rFonts w:cs="Times New Roman"/>
                <w:lang w:val="ru-RU"/>
              </w:rPr>
            </w:pPr>
            <w:hyperlink r:id="rId28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=182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  <w:tr w:rsidR="00B5373D" w:rsidRPr="00D02DDB" w14:paraId="586029B6" w14:textId="77777777" w:rsidTr="00B470AA">
        <w:tc>
          <w:tcPr>
            <w:tcW w:w="5539" w:type="dxa"/>
          </w:tcPr>
          <w:p w14:paraId="7D239D3A" w14:textId="14FFFF9D" w:rsidR="00B5373D" w:rsidRPr="00D02DDB" w:rsidRDefault="00592F5F" w:rsidP="00B470AA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</w:rPr>
              <w:t>Документы кандидатов</w:t>
            </w:r>
          </w:p>
        </w:tc>
        <w:tc>
          <w:tcPr>
            <w:tcW w:w="5244" w:type="dxa"/>
          </w:tcPr>
          <w:p w14:paraId="5A53B553" w14:textId="34988F6A" w:rsidR="00B5373D" w:rsidRPr="00D02DDB" w:rsidRDefault="00592F5F" w:rsidP="00B470AA">
            <w:pPr>
              <w:spacing w:after="50" w:line="264" w:lineRule="auto"/>
              <w:rPr>
                <w:rFonts w:cs="Times New Roman"/>
                <w:lang w:val="ru-RU"/>
              </w:rPr>
            </w:pPr>
            <w:hyperlink r:id="rId29" w:history="1">
              <w:r w:rsidRPr="00D02DDB">
                <w:rPr>
                  <w:rStyle w:val="aff8"/>
                  <w:rFonts w:cs="Times New Roman"/>
                  <w:lang w:val="ru-RU"/>
                </w:rPr>
                <w:t>https://kspkuban.ru/?page_id=557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</w:tbl>
    <w:p w14:paraId="2EA767AB" w14:textId="77777777" w:rsidR="00B5373D" w:rsidRPr="00D02DDB" w:rsidRDefault="00B5373D">
      <w:pPr>
        <w:pStyle w:val="21"/>
        <w:rPr>
          <w:rFonts w:ascii="Times New Roman" w:hAnsi="Times New Roman" w:cs="Times New Roman"/>
          <w:szCs w:val="22"/>
          <w:lang w:val="ru-RU"/>
        </w:rPr>
      </w:pPr>
    </w:p>
    <w:tbl>
      <w:tblPr>
        <w:tblStyle w:val="aff0"/>
        <w:tblW w:w="10783" w:type="dxa"/>
        <w:tblLayout w:type="fixed"/>
        <w:tblLook w:val="04A0" w:firstRow="1" w:lastRow="0" w:firstColumn="1" w:lastColumn="0" w:noHBand="0" w:noVBand="1"/>
      </w:tblPr>
      <w:tblGrid>
        <w:gridCol w:w="5539"/>
        <w:gridCol w:w="5244"/>
      </w:tblGrid>
      <w:tr w:rsidR="00592F5F" w:rsidRPr="00D02DDB" w14:paraId="4BE454D7" w14:textId="77777777" w:rsidTr="00B470AA">
        <w:tc>
          <w:tcPr>
            <w:tcW w:w="10783" w:type="dxa"/>
            <w:gridSpan w:val="2"/>
            <w:shd w:val="clear" w:color="auto" w:fill="D9D9D9" w:themeFill="background1" w:themeFillShade="D9"/>
          </w:tcPr>
          <w:p w14:paraId="47B6D3B3" w14:textId="19653EFC" w:rsidR="00592F5F" w:rsidRPr="00D02DDB" w:rsidRDefault="00592F5F" w:rsidP="00B470AA">
            <w:pPr>
              <w:spacing w:line="264" w:lineRule="auto"/>
              <w:jc w:val="center"/>
              <w:rPr>
                <w:rFonts w:eastAsia="Arial" w:cs="Times New Roman"/>
                <w:b/>
                <w:bCs/>
                <w:color w:val="5B6B7A"/>
                <w:lang w:val="ru-RU"/>
              </w:rPr>
            </w:pPr>
            <w:r w:rsidRPr="00D02DDB">
              <w:rPr>
                <w:rFonts w:eastAsia="Arial" w:cs="Times New Roman"/>
                <w:lang w:val="ru-RU"/>
              </w:rPr>
              <w:t>Раздел «</w:t>
            </w:r>
            <w:r w:rsidRPr="00D02DDB">
              <w:rPr>
                <w:rFonts w:cs="Times New Roman"/>
              </w:rPr>
              <w:t>Обращения</w:t>
            </w:r>
            <w:r w:rsidRPr="00D02DDB">
              <w:rPr>
                <w:rFonts w:eastAsia="Arial" w:cs="Times New Roman"/>
                <w:lang w:val="ru-RU"/>
              </w:rPr>
              <w:t>»</w:t>
            </w:r>
            <w:r w:rsidR="00D02DDB">
              <w:rPr>
                <w:rFonts w:eastAsia="Arial" w:cs="Times New Roman"/>
                <w:lang w:val="ru-RU"/>
              </w:rPr>
              <w:t xml:space="preserve"> </w:t>
            </w:r>
            <w:r w:rsidR="00D02DDB">
              <w:rPr>
                <w:rFonts w:eastAsia="Arial" w:cs="Times New Roman"/>
                <w:lang w:val="ru-RU"/>
              </w:rPr>
              <w:t>инфблока «Документы»</w:t>
            </w:r>
          </w:p>
        </w:tc>
      </w:tr>
      <w:tr w:rsidR="00592F5F" w:rsidRPr="00D02DDB" w14:paraId="66026192" w14:textId="77777777" w:rsidTr="00B470AA">
        <w:tc>
          <w:tcPr>
            <w:tcW w:w="5539" w:type="dxa"/>
            <w:shd w:val="clear" w:color="auto" w:fill="D9D9D9" w:themeFill="background1" w:themeFillShade="D9"/>
          </w:tcPr>
          <w:p w14:paraId="11979BA4" w14:textId="1649BF72" w:rsidR="00592F5F" w:rsidRPr="00D02DDB" w:rsidRDefault="00592F5F" w:rsidP="00B470AA">
            <w:pPr>
              <w:spacing w:line="264" w:lineRule="auto"/>
              <w:jc w:val="center"/>
              <w:rPr>
                <w:rFonts w:cs="Times New Roman"/>
                <w:b/>
                <w:bCs/>
                <w:color w:val="000000" w:themeColor="text1"/>
                <w:lang w:val="ru-RU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  <w:lang w:val="ru-RU"/>
              </w:rPr>
              <w:t>Подраздел</w:t>
            </w:r>
            <w:r w:rsidRPr="00D02DDB">
              <w:rPr>
                <w:rFonts w:eastAsia="Arial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D02DDB">
              <w:rPr>
                <w:rFonts w:eastAsia="Arial" w:cs="Times New Roman"/>
                <w:b/>
                <w:bCs/>
                <w:color w:val="000000" w:themeColor="text1"/>
                <w:lang w:val="ru-RU"/>
              </w:rPr>
              <w:t xml:space="preserve">раздела </w:t>
            </w:r>
            <w:r w:rsidRPr="00D02DDB">
              <w:rPr>
                <w:rFonts w:eastAsia="Arial" w:cs="Times New Roman"/>
                <w:b/>
                <w:bCs/>
                <w:color w:val="000000" w:themeColor="text1"/>
                <w:lang w:val="ru-RU"/>
              </w:rPr>
              <w:t>инфоблока «Документы» нового сайта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14:paraId="003AACC3" w14:textId="77777777" w:rsidR="00592F5F" w:rsidRPr="00D02DDB" w:rsidRDefault="00592F5F" w:rsidP="00B470AA">
            <w:pPr>
              <w:spacing w:line="264" w:lineRule="auto"/>
              <w:jc w:val="center"/>
              <w:rPr>
                <w:rFonts w:cs="Times New Roman"/>
                <w:color w:val="000000" w:themeColor="text1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</w:rPr>
              <w:t>Старый сайт</w:t>
            </w:r>
          </w:p>
        </w:tc>
      </w:tr>
      <w:tr w:rsidR="00592F5F" w:rsidRPr="00D02DDB" w14:paraId="55CF421A" w14:textId="77777777" w:rsidTr="00B470AA">
        <w:tc>
          <w:tcPr>
            <w:tcW w:w="5539" w:type="dxa"/>
          </w:tcPr>
          <w:p w14:paraId="046608BE" w14:textId="58A62C6C" w:rsidR="00592F5F" w:rsidRPr="00D02DDB" w:rsidRDefault="00592F5F" w:rsidP="00B470AA">
            <w:pPr>
              <w:pStyle w:val="1"/>
              <w:spacing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D02DDB">
              <w:rPr>
                <w:rFonts w:ascii="Times New Roman" w:hAnsi="Times New Roman" w:cs="Times New Roman"/>
                <w:sz w:val="22"/>
                <w:szCs w:val="22"/>
              </w:rPr>
              <w:t>Обзор обращений граждан</w:t>
            </w:r>
            <w:r w:rsidRPr="00D02DD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244" w:type="dxa"/>
          </w:tcPr>
          <w:p w14:paraId="596A15B2" w14:textId="23AB294C" w:rsidR="00592F5F" w:rsidRPr="00D02DDB" w:rsidRDefault="00592F5F" w:rsidP="00B470AA">
            <w:pPr>
              <w:spacing w:line="264" w:lineRule="auto"/>
              <w:rPr>
                <w:rFonts w:cs="Times New Roman"/>
                <w:lang w:val="ru-RU"/>
              </w:rPr>
            </w:pPr>
            <w:hyperlink r:id="rId30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=204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  <w:tr w:rsidR="00592F5F" w:rsidRPr="00D02DDB" w14:paraId="083C011B" w14:textId="77777777" w:rsidTr="00B470AA">
        <w:tc>
          <w:tcPr>
            <w:tcW w:w="5539" w:type="dxa"/>
          </w:tcPr>
          <w:p w14:paraId="0B27C3A1" w14:textId="27D1B5B5" w:rsidR="00592F5F" w:rsidRPr="00D02DDB" w:rsidRDefault="00592F5F" w:rsidP="00B470AA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Информация о результатах рассмотрения обращений и принятых мерах</w:t>
            </w:r>
          </w:p>
        </w:tc>
        <w:tc>
          <w:tcPr>
            <w:tcW w:w="5244" w:type="dxa"/>
          </w:tcPr>
          <w:p w14:paraId="0F88A559" w14:textId="3EC915CE" w:rsidR="00592F5F" w:rsidRPr="00D02DDB" w:rsidRDefault="00592F5F" w:rsidP="00B470AA">
            <w:pPr>
              <w:spacing w:after="5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новый</w:t>
            </w:r>
          </w:p>
        </w:tc>
      </w:tr>
      <w:tr w:rsidR="00592F5F" w:rsidRPr="00D02DDB" w14:paraId="5CF22AAD" w14:textId="77777777" w:rsidTr="00B470AA">
        <w:tc>
          <w:tcPr>
            <w:tcW w:w="5539" w:type="dxa"/>
          </w:tcPr>
          <w:p w14:paraId="01031E03" w14:textId="737DB424" w:rsidR="00592F5F" w:rsidRPr="00D02DDB" w:rsidRDefault="00592F5F" w:rsidP="00B470AA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</w:rPr>
              <w:t>Как обратиться</w:t>
            </w:r>
          </w:p>
        </w:tc>
        <w:tc>
          <w:tcPr>
            <w:tcW w:w="5244" w:type="dxa"/>
          </w:tcPr>
          <w:p w14:paraId="6FA30B37" w14:textId="61D7B1A7" w:rsidR="00592F5F" w:rsidRPr="00D02DDB" w:rsidRDefault="00592F5F" w:rsidP="00B470AA">
            <w:pPr>
              <w:spacing w:after="50" w:line="264" w:lineRule="auto"/>
              <w:rPr>
                <w:rFonts w:cs="Times New Roman"/>
                <w:lang w:val="ru-RU"/>
              </w:rPr>
            </w:pPr>
            <w:hyperlink r:id="rId31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</w:t>
              </w:r>
              <w:r w:rsidRPr="00D02DDB">
                <w:rPr>
                  <w:rStyle w:val="aff8"/>
                  <w:rFonts w:cs="Times New Roman"/>
                </w:rPr>
                <w:t>b</w:t>
              </w:r>
              <w:r w:rsidRPr="00D02DDB">
                <w:rPr>
                  <w:rStyle w:val="aff8"/>
                  <w:rFonts w:cs="Times New Roman"/>
                </w:rPr>
                <w:t>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=200</w:t>
              </w:r>
            </w:hyperlink>
          </w:p>
        </w:tc>
      </w:tr>
      <w:tr w:rsidR="00592F5F" w:rsidRPr="00D02DDB" w14:paraId="302C7699" w14:textId="77777777" w:rsidTr="00B470AA">
        <w:tc>
          <w:tcPr>
            <w:tcW w:w="5539" w:type="dxa"/>
          </w:tcPr>
          <w:p w14:paraId="515C113A" w14:textId="5347F8A4" w:rsidR="00592F5F" w:rsidRPr="00D02DDB" w:rsidRDefault="00592F5F" w:rsidP="00B470AA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</w:rPr>
              <w:t>Порядок рассмотрения</w:t>
            </w:r>
          </w:p>
        </w:tc>
        <w:tc>
          <w:tcPr>
            <w:tcW w:w="5244" w:type="dxa"/>
          </w:tcPr>
          <w:p w14:paraId="540DCADE" w14:textId="3CC4BF6D" w:rsidR="00592F5F" w:rsidRPr="00D02DDB" w:rsidRDefault="00592F5F" w:rsidP="00B470AA">
            <w:pPr>
              <w:spacing w:after="50" w:line="264" w:lineRule="auto"/>
              <w:rPr>
                <w:rFonts w:cs="Times New Roman"/>
                <w:lang w:val="ru-RU"/>
              </w:rPr>
            </w:pPr>
            <w:hyperlink r:id="rId32" w:history="1">
              <w:r w:rsidRPr="00D02DDB">
                <w:rPr>
                  <w:rStyle w:val="aff8"/>
                  <w:rFonts w:cs="Times New Roman"/>
                  <w:lang w:val="ru-RU"/>
                </w:rPr>
                <w:t>https://kspkuban.ru/?page_id=198</w:t>
              </w:r>
            </w:hyperlink>
          </w:p>
        </w:tc>
      </w:tr>
    </w:tbl>
    <w:p w14:paraId="4DD2E84E" w14:textId="77777777" w:rsidR="00592F5F" w:rsidRPr="00D02DDB" w:rsidRDefault="00592F5F" w:rsidP="00592F5F">
      <w:pPr>
        <w:rPr>
          <w:rFonts w:cs="Times New Roman"/>
          <w:lang w:val="ru-RU"/>
        </w:rPr>
      </w:pPr>
    </w:p>
    <w:tbl>
      <w:tblPr>
        <w:tblStyle w:val="aff0"/>
        <w:tblW w:w="10783" w:type="dxa"/>
        <w:tblLayout w:type="fixed"/>
        <w:tblLook w:val="04A0" w:firstRow="1" w:lastRow="0" w:firstColumn="1" w:lastColumn="0" w:noHBand="0" w:noVBand="1"/>
      </w:tblPr>
      <w:tblGrid>
        <w:gridCol w:w="5539"/>
        <w:gridCol w:w="5244"/>
      </w:tblGrid>
      <w:tr w:rsidR="00592F5F" w:rsidRPr="00D02DDB" w14:paraId="7C622758" w14:textId="77777777" w:rsidTr="00B470AA">
        <w:tc>
          <w:tcPr>
            <w:tcW w:w="10783" w:type="dxa"/>
            <w:gridSpan w:val="2"/>
            <w:shd w:val="clear" w:color="auto" w:fill="D9D9D9" w:themeFill="background1" w:themeFillShade="D9"/>
          </w:tcPr>
          <w:p w14:paraId="1C47750D" w14:textId="04415658" w:rsidR="00592F5F" w:rsidRPr="00D02DDB" w:rsidRDefault="00592F5F" w:rsidP="00B470AA">
            <w:pPr>
              <w:spacing w:line="264" w:lineRule="auto"/>
              <w:jc w:val="center"/>
              <w:rPr>
                <w:rFonts w:eastAsia="Arial" w:cs="Times New Roman"/>
                <w:b/>
                <w:bCs/>
                <w:color w:val="5B6B7A"/>
                <w:lang w:val="ru-RU"/>
              </w:rPr>
            </w:pPr>
            <w:r w:rsidRPr="00D02DDB">
              <w:rPr>
                <w:rFonts w:eastAsia="Arial" w:cs="Times New Roman"/>
                <w:lang w:val="ru-RU"/>
              </w:rPr>
              <w:t>Раздел «</w:t>
            </w:r>
            <w:r w:rsidRPr="00D02DDB">
              <w:rPr>
                <w:rFonts w:cs="Times New Roman"/>
                <w:lang w:val="ru-RU"/>
              </w:rPr>
              <w:t>Противодействие коррупции</w:t>
            </w:r>
            <w:r w:rsidRPr="00D02DDB">
              <w:rPr>
                <w:rFonts w:eastAsia="Arial" w:cs="Times New Roman"/>
                <w:lang w:val="ru-RU"/>
              </w:rPr>
              <w:t>»</w:t>
            </w:r>
            <w:r w:rsidR="00D02DDB">
              <w:rPr>
                <w:rFonts w:eastAsia="Arial" w:cs="Times New Roman"/>
                <w:lang w:val="ru-RU"/>
              </w:rPr>
              <w:t xml:space="preserve"> </w:t>
            </w:r>
            <w:r w:rsidR="00D02DDB">
              <w:rPr>
                <w:rFonts w:eastAsia="Arial" w:cs="Times New Roman"/>
                <w:lang w:val="ru-RU"/>
              </w:rPr>
              <w:t>инфблока «Документы»</w:t>
            </w:r>
          </w:p>
        </w:tc>
      </w:tr>
      <w:tr w:rsidR="00592F5F" w:rsidRPr="00D02DDB" w14:paraId="2C597801" w14:textId="77777777" w:rsidTr="00B470AA">
        <w:tc>
          <w:tcPr>
            <w:tcW w:w="5539" w:type="dxa"/>
            <w:shd w:val="clear" w:color="auto" w:fill="D9D9D9" w:themeFill="background1" w:themeFillShade="D9"/>
          </w:tcPr>
          <w:p w14:paraId="5C8C60F0" w14:textId="77777777" w:rsidR="00592F5F" w:rsidRPr="00D02DDB" w:rsidRDefault="00592F5F" w:rsidP="00B470AA">
            <w:pPr>
              <w:spacing w:line="264" w:lineRule="auto"/>
              <w:jc w:val="center"/>
              <w:rPr>
                <w:rFonts w:cs="Times New Roman"/>
                <w:b/>
                <w:bCs/>
                <w:color w:val="000000" w:themeColor="text1"/>
                <w:lang w:val="ru-RU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  <w:lang w:val="ru-RU"/>
              </w:rPr>
              <w:t>Подраздел раздела инфоблока «Документы» нового сайта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14:paraId="106FCEB4" w14:textId="77777777" w:rsidR="00592F5F" w:rsidRPr="00D02DDB" w:rsidRDefault="00592F5F" w:rsidP="00B470AA">
            <w:pPr>
              <w:spacing w:line="264" w:lineRule="auto"/>
              <w:jc w:val="center"/>
              <w:rPr>
                <w:rFonts w:cs="Times New Roman"/>
                <w:color w:val="000000" w:themeColor="text1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</w:rPr>
              <w:t>Старый сайт</w:t>
            </w:r>
          </w:p>
        </w:tc>
      </w:tr>
      <w:tr w:rsidR="00592F5F" w:rsidRPr="00D02DDB" w14:paraId="08EACC8A" w14:textId="77777777" w:rsidTr="00B470AA">
        <w:tc>
          <w:tcPr>
            <w:tcW w:w="5539" w:type="dxa"/>
          </w:tcPr>
          <w:p w14:paraId="7F5D8312" w14:textId="151E1B2F" w:rsidR="00592F5F" w:rsidRPr="00D02DDB" w:rsidRDefault="00592F5F" w:rsidP="00592F5F">
            <w:pPr>
              <w:pStyle w:val="1"/>
              <w:spacing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ru-RU"/>
              </w:rPr>
            </w:pPr>
            <w:r w:rsidRPr="00D02DD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8.1. Нормативные правовые и иные акты в сфере противодействия коррупции</w:t>
            </w:r>
          </w:p>
        </w:tc>
        <w:tc>
          <w:tcPr>
            <w:tcW w:w="5244" w:type="dxa"/>
          </w:tcPr>
          <w:p w14:paraId="417A3908" w14:textId="5930D281" w:rsidR="00592F5F" w:rsidRPr="00D02DDB" w:rsidRDefault="00592F5F" w:rsidP="00592F5F">
            <w:pPr>
              <w:spacing w:line="264" w:lineRule="auto"/>
              <w:rPr>
                <w:rFonts w:cs="Times New Roman"/>
                <w:lang w:val="ru-RU"/>
              </w:rPr>
            </w:pPr>
            <w:hyperlink r:id="rId33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</w:t>
              </w:r>
              <w:r w:rsidRPr="00D02DDB">
                <w:rPr>
                  <w:rStyle w:val="aff8"/>
                  <w:rFonts w:cs="Times New Roman"/>
                  <w:lang w:val="ru-RU"/>
                </w:rPr>
                <w:t>//</w:t>
              </w:r>
              <w:r w:rsidRPr="00D02DDB">
                <w:rPr>
                  <w:rStyle w:val="aff8"/>
                  <w:rFonts w:cs="Times New Roman"/>
                </w:rPr>
                <w:t>kspkuba</w:t>
              </w:r>
              <w:r w:rsidRPr="00D02DDB">
                <w:rPr>
                  <w:rStyle w:val="aff8"/>
                  <w:rFonts w:cs="Times New Roman"/>
                </w:rPr>
                <w:t>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=3819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  <w:tr w:rsidR="00592F5F" w:rsidRPr="00D02DDB" w14:paraId="697A5987" w14:textId="77777777" w:rsidTr="00B470AA">
        <w:tc>
          <w:tcPr>
            <w:tcW w:w="5539" w:type="dxa"/>
          </w:tcPr>
          <w:p w14:paraId="32B57B70" w14:textId="3F058562" w:rsidR="00592F5F" w:rsidRPr="00D02DDB" w:rsidRDefault="00592F5F" w:rsidP="00592F5F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</w:rPr>
              <w:t>8.2. Антикоррупционная экспертиза</w:t>
            </w:r>
          </w:p>
        </w:tc>
        <w:tc>
          <w:tcPr>
            <w:tcW w:w="5244" w:type="dxa"/>
          </w:tcPr>
          <w:p w14:paraId="774D3F17" w14:textId="41087CE6" w:rsidR="00592F5F" w:rsidRPr="00D02DDB" w:rsidRDefault="00592F5F" w:rsidP="00592F5F">
            <w:pPr>
              <w:spacing w:after="50" w:line="264" w:lineRule="auto"/>
              <w:rPr>
                <w:rFonts w:cs="Times New Roman"/>
                <w:lang w:val="ru-RU"/>
              </w:rPr>
            </w:pPr>
            <w:hyperlink r:id="rId34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=3823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  <w:tr w:rsidR="00592F5F" w:rsidRPr="00D02DDB" w14:paraId="60123A23" w14:textId="77777777" w:rsidTr="00B470AA">
        <w:tc>
          <w:tcPr>
            <w:tcW w:w="5539" w:type="dxa"/>
          </w:tcPr>
          <w:p w14:paraId="15C979C5" w14:textId="51DAD9FE" w:rsidR="00592F5F" w:rsidRPr="00D02DDB" w:rsidRDefault="00592F5F" w:rsidP="00592F5F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</w:rPr>
              <w:t>8.3. Методические материалы</w:t>
            </w:r>
          </w:p>
        </w:tc>
        <w:tc>
          <w:tcPr>
            <w:tcW w:w="5244" w:type="dxa"/>
          </w:tcPr>
          <w:p w14:paraId="6D51395B" w14:textId="7DAC5BD1" w:rsidR="00592F5F" w:rsidRPr="00D02DDB" w:rsidRDefault="00592F5F" w:rsidP="00592F5F">
            <w:pPr>
              <w:spacing w:after="50" w:line="264" w:lineRule="auto"/>
              <w:rPr>
                <w:rFonts w:cs="Times New Roman"/>
                <w:lang w:val="ru-RU"/>
              </w:rPr>
            </w:pPr>
            <w:hyperlink r:id="rId35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=3824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  <w:tr w:rsidR="00592F5F" w:rsidRPr="00D02DDB" w14:paraId="54524D36" w14:textId="77777777" w:rsidTr="00B470AA">
        <w:tc>
          <w:tcPr>
            <w:tcW w:w="5539" w:type="dxa"/>
          </w:tcPr>
          <w:p w14:paraId="1C4F7689" w14:textId="53E9B37F" w:rsidR="00592F5F" w:rsidRPr="00D02DDB" w:rsidRDefault="00592F5F" w:rsidP="00592F5F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8.4. Формы документов, связанных с противодействием коррупции, для заполнения</w:t>
            </w:r>
          </w:p>
        </w:tc>
        <w:tc>
          <w:tcPr>
            <w:tcW w:w="5244" w:type="dxa"/>
          </w:tcPr>
          <w:p w14:paraId="2F831F3E" w14:textId="584B6014" w:rsidR="00592F5F" w:rsidRPr="00D02DDB" w:rsidRDefault="00592F5F" w:rsidP="00592F5F">
            <w:pPr>
              <w:spacing w:after="50" w:line="264" w:lineRule="auto"/>
              <w:rPr>
                <w:rFonts w:cs="Times New Roman"/>
                <w:lang w:val="ru-RU"/>
              </w:rPr>
            </w:pPr>
            <w:hyperlink r:id="rId36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=3825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  <w:tr w:rsidR="00592F5F" w:rsidRPr="00D02DDB" w14:paraId="323FD599" w14:textId="77777777" w:rsidTr="00B470AA">
        <w:tc>
          <w:tcPr>
            <w:tcW w:w="5539" w:type="dxa"/>
          </w:tcPr>
          <w:p w14:paraId="06178ABE" w14:textId="47980141" w:rsidR="00592F5F" w:rsidRPr="00D02DDB" w:rsidRDefault="00592F5F" w:rsidP="00592F5F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8.5. Сведения о доходах, расходах, об имуществе и обязательствах имущественного характера должностных лиц Контрольно-счетной палаты Краснодарского края</w:t>
            </w:r>
          </w:p>
        </w:tc>
        <w:tc>
          <w:tcPr>
            <w:tcW w:w="5244" w:type="dxa"/>
          </w:tcPr>
          <w:p w14:paraId="50323C4A" w14:textId="5EB1C28B" w:rsidR="00592F5F" w:rsidRPr="00D02DDB" w:rsidRDefault="00592F5F" w:rsidP="00592F5F">
            <w:pPr>
              <w:spacing w:after="50" w:line="264" w:lineRule="auto"/>
              <w:rPr>
                <w:rFonts w:cs="Times New Roman"/>
                <w:lang w:val="ru-RU"/>
              </w:rPr>
            </w:pPr>
            <w:hyperlink r:id="rId37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=2944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  <w:tr w:rsidR="00592F5F" w:rsidRPr="00D02DDB" w14:paraId="60F21A62" w14:textId="77777777" w:rsidTr="00B470AA">
        <w:tc>
          <w:tcPr>
            <w:tcW w:w="5539" w:type="dxa"/>
          </w:tcPr>
          <w:p w14:paraId="0956FE16" w14:textId="2D74E698" w:rsidR="00592F5F" w:rsidRPr="00D02DDB" w:rsidRDefault="00592F5F" w:rsidP="00592F5F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8.6. Комиссия по соблюдению требований к служебному поведению государственных гражданских служащих Краснодарского края в Контрольно-счетной палате Краснодарского края и урегулированию конфликта интересов</w:t>
            </w:r>
          </w:p>
        </w:tc>
        <w:tc>
          <w:tcPr>
            <w:tcW w:w="5244" w:type="dxa"/>
          </w:tcPr>
          <w:p w14:paraId="695E47B7" w14:textId="6481422F" w:rsidR="00592F5F" w:rsidRPr="00D02DDB" w:rsidRDefault="00592F5F" w:rsidP="00592F5F">
            <w:pPr>
              <w:spacing w:after="50" w:line="264" w:lineRule="auto"/>
              <w:rPr>
                <w:rFonts w:cs="Times New Roman"/>
                <w:lang w:val="ru-RU"/>
              </w:rPr>
            </w:pPr>
            <w:hyperlink r:id="rId38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=4103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</w:tbl>
    <w:p w14:paraId="79ADD168" w14:textId="77777777" w:rsidR="00592F5F" w:rsidRPr="00D02DDB" w:rsidRDefault="00592F5F" w:rsidP="00592F5F">
      <w:pPr>
        <w:rPr>
          <w:rFonts w:cs="Times New Roman"/>
          <w:lang w:val="ru-RU"/>
        </w:rPr>
      </w:pPr>
    </w:p>
    <w:tbl>
      <w:tblPr>
        <w:tblStyle w:val="aff0"/>
        <w:tblW w:w="10783" w:type="dxa"/>
        <w:tblLayout w:type="fixed"/>
        <w:tblLook w:val="04A0" w:firstRow="1" w:lastRow="0" w:firstColumn="1" w:lastColumn="0" w:noHBand="0" w:noVBand="1"/>
      </w:tblPr>
      <w:tblGrid>
        <w:gridCol w:w="5539"/>
        <w:gridCol w:w="5244"/>
      </w:tblGrid>
      <w:tr w:rsidR="00592F5F" w:rsidRPr="00D02DDB" w14:paraId="1A34EC6A" w14:textId="77777777" w:rsidTr="00B470AA">
        <w:tc>
          <w:tcPr>
            <w:tcW w:w="10783" w:type="dxa"/>
            <w:gridSpan w:val="2"/>
            <w:shd w:val="clear" w:color="auto" w:fill="D9D9D9" w:themeFill="background1" w:themeFillShade="D9"/>
          </w:tcPr>
          <w:p w14:paraId="48C07428" w14:textId="0A6EF3AA" w:rsidR="00592F5F" w:rsidRPr="00D02DDB" w:rsidRDefault="00592F5F" w:rsidP="00B470AA">
            <w:pPr>
              <w:spacing w:line="264" w:lineRule="auto"/>
              <w:jc w:val="center"/>
              <w:rPr>
                <w:rFonts w:eastAsia="Arial" w:cs="Times New Roman"/>
                <w:b/>
                <w:bCs/>
                <w:color w:val="5B6B7A"/>
                <w:lang w:val="ru-RU"/>
              </w:rPr>
            </w:pPr>
            <w:r w:rsidRPr="00D02DDB">
              <w:rPr>
                <w:rFonts w:eastAsia="Arial" w:cs="Times New Roman"/>
                <w:lang w:val="ru-RU"/>
              </w:rPr>
              <w:t>Раздел «</w:t>
            </w:r>
            <w:r w:rsidRPr="00D02DDB">
              <w:rPr>
                <w:rFonts w:cs="Times New Roman"/>
                <w:lang w:val="ru-RU"/>
              </w:rPr>
              <w:t>Совет КСО</w:t>
            </w:r>
            <w:r w:rsidRPr="00D02DDB">
              <w:rPr>
                <w:rFonts w:eastAsia="Arial" w:cs="Times New Roman"/>
                <w:lang w:val="ru-RU"/>
              </w:rPr>
              <w:t>»</w:t>
            </w:r>
            <w:r w:rsidR="00D02DDB">
              <w:rPr>
                <w:rFonts w:eastAsia="Arial" w:cs="Times New Roman"/>
                <w:lang w:val="ru-RU"/>
              </w:rPr>
              <w:t xml:space="preserve"> </w:t>
            </w:r>
            <w:r w:rsidR="00D02DDB">
              <w:rPr>
                <w:rFonts w:eastAsia="Arial" w:cs="Times New Roman"/>
                <w:lang w:val="ru-RU"/>
              </w:rPr>
              <w:t>инфблока «Документы»</w:t>
            </w:r>
          </w:p>
        </w:tc>
      </w:tr>
      <w:tr w:rsidR="00592F5F" w:rsidRPr="00D02DDB" w14:paraId="762EA643" w14:textId="77777777" w:rsidTr="00B470AA">
        <w:tc>
          <w:tcPr>
            <w:tcW w:w="5539" w:type="dxa"/>
            <w:shd w:val="clear" w:color="auto" w:fill="D9D9D9" w:themeFill="background1" w:themeFillShade="D9"/>
          </w:tcPr>
          <w:p w14:paraId="7B5E55BA" w14:textId="77777777" w:rsidR="00592F5F" w:rsidRPr="00D02DDB" w:rsidRDefault="00592F5F" w:rsidP="00B470AA">
            <w:pPr>
              <w:spacing w:line="264" w:lineRule="auto"/>
              <w:jc w:val="center"/>
              <w:rPr>
                <w:rFonts w:cs="Times New Roman"/>
                <w:b/>
                <w:bCs/>
                <w:color w:val="000000" w:themeColor="text1"/>
                <w:lang w:val="ru-RU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  <w:lang w:val="ru-RU"/>
              </w:rPr>
              <w:t>Подраздел раздела инфоблока «Документы» нового сайта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14:paraId="6D0BBBC0" w14:textId="77777777" w:rsidR="00592F5F" w:rsidRPr="00D02DDB" w:rsidRDefault="00592F5F" w:rsidP="00B470AA">
            <w:pPr>
              <w:spacing w:line="264" w:lineRule="auto"/>
              <w:jc w:val="center"/>
              <w:rPr>
                <w:rFonts w:cs="Times New Roman"/>
                <w:color w:val="000000" w:themeColor="text1"/>
              </w:rPr>
            </w:pPr>
            <w:r w:rsidRPr="00D02DDB">
              <w:rPr>
                <w:rFonts w:eastAsia="Arial" w:cs="Times New Roman"/>
                <w:b/>
                <w:bCs/>
                <w:color w:val="000000" w:themeColor="text1"/>
              </w:rPr>
              <w:t>Старый сайт</w:t>
            </w:r>
          </w:p>
        </w:tc>
      </w:tr>
      <w:tr w:rsidR="00465B35" w:rsidRPr="00D02DDB" w14:paraId="1F6D4676" w14:textId="77777777" w:rsidTr="00B470AA">
        <w:tc>
          <w:tcPr>
            <w:tcW w:w="5539" w:type="dxa"/>
          </w:tcPr>
          <w:p w14:paraId="76AD5FBB" w14:textId="75CB7FE0" w:rsidR="00465B35" w:rsidRPr="00D02DDB" w:rsidRDefault="00465B35" w:rsidP="00465B35">
            <w:pPr>
              <w:pStyle w:val="20"/>
              <w:numPr>
                <w:ilvl w:val="0"/>
                <w:numId w:val="0"/>
              </w:numPr>
              <w:spacing w:after="20"/>
              <w:rPr>
                <w:rFonts w:cs="Times New Roman"/>
              </w:rPr>
            </w:pPr>
            <w:r w:rsidRPr="00D02DDB">
              <w:rPr>
                <w:rFonts w:cs="Times New Roman"/>
              </w:rPr>
              <w:t>Документы Совета</w:t>
            </w:r>
          </w:p>
        </w:tc>
        <w:tc>
          <w:tcPr>
            <w:tcW w:w="5244" w:type="dxa"/>
          </w:tcPr>
          <w:p w14:paraId="743E91D3" w14:textId="7207802A" w:rsidR="00465B35" w:rsidRPr="00D02DDB" w:rsidRDefault="00465B35" w:rsidP="00465B35">
            <w:pPr>
              <w:spacing w:line="264" w:lineRule="auto"/>
              <w:rPr>
                <w:rFonts w:cs="Times New Roman"/>
              </w:rPr>
            </w:pPr>
            <w:hyperlink r:id="rId39" w:history="1">
              <w:r w:rsidRPr="00D02DDB">
                <w:rPr>
                  <w:rStyle w:val="aff8"/>
                  <w:rFonts w:cs="Times New Roman"/>
                </w:rPr>
                <w:t>https://kspkuban.ru/?page_id=4265</w:t>
              </w:r>
            </w:hyperlink>
          </w:p>
        </w:tc>
      </w:tr>
      <w:tr w:rsidR="00465B35" w:rsidRPr="00D02DDB" w14:paraId="20E3AA2C" w14:textId="77777777" w:rsidTr="00B470AA">
        <w:tc>
          <w:tcPr>
            <w:tcW w:w="5539" w:type="dxa"/>
          </w:tcPr>
          <w:p w14:paraId="3E34EB9E" w14:textId="70C92F13" w:rsidR="00465B35" w:rsidRPr="00D02DDB" w:rsidRDefault="00465B35" w:rsidP="00465B35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</w:rPr>
              <w:t>План работы Совета</w:t>
            </w:r>
          </w:p>
        </w:tc>
        <w:tc>
          <w:tcPr>
            <w:tcW w:w="5244" w:type="dxa"/>
          </w:tcPr>
          <w:p w14:paraId="0F3FE292" w14:textId="6492B451" w:rsidR="00465B35" w:rsidRPr="00D02DDB" w:rsidRDefault="00465B35" w:rsidP="00465B35">
            <w:pPr>
              <w:spacing w:after="50" w:line="264" w:lineRule="auto"/>
              <w:rPr>
                <w:rFonts w:cs="Times New Roman"/>
                <w:lang w:val="ru-RU"/>
              </w:rPr>
            </w:pPr>
            <w:hyperlink r:id="rId40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=4267</w:t>
              </w:r>
            </w:hyperlink>
          </w:p>
        </w:tc>
      </w:tr>
      <w:tr w:rsidR="00465B35" w:rsidRPr="00D02DDB" w14:paraId="2278986C" w14:textId="77777777" w:rsidTr="00B470AA">
        <w:tc>
          <w:tcPr>
            <w:tcW w:w="5539" w:type="dxa"/>
          </w:tcPr>
          <w:p w14:paraId="59041720" w14:textId="54720CE1" w:rsidR="00465B35" w:rsidRPr="00D02DDB" w:rsidRDefault="00465B35" w:rsidP="00465B35">
            <w:pPr>
              <w:spacing w:after="20" w:line="264" w:lineRule="auto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</w:rPr>
              <w:t>Протоколы заседаний</w:t>
            </w:r>
          </w:p>
        </w:tc>
        <w:tc>
          <w:tcPr>
            <w:tcW w:w="5244" w:type="dxa"/>
          </w:tcPr>
          <w:p w14:paraId="0CF808DC" w14:textId="6B1C6A7B" w:rsidR="00465B35" w:rsidRPr="00D02DDB" w:rsidRDefault="00465B35" w:rsidP="00465B35">
            <w:pPr>
              <w:spacing w:after="50" w:line="264" w:lineRule="auto"/>
              <w:rPr>
                <w:rFonts w:cs="Times New Roman"/>
                <w:lang w:val="ru-RU"/>
              </w:rPr>
            </w:pPr>
            <w:hyperlink r:id="rId41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=4264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</w:tbl>
    <w:p w14:paraId="6441BB6F" w14:textId="77777777" w:rsidR="00592F5F" w:rsidRPr="00D02DDB" w:rsidRDefault="00592F5F" w:rsidP="00592F5F">
      <w:pPr>
        <w:rPr>
          <w:rFonts w:cs="Times New Roman"/>
          <w:lang w:val="ru-RU"/>
        </w:rPr>
      </w:pPr>
    </w:p>
    <w:p w14:paraId="16ABDA48" w14:textId="6740C8A3" w:rsidR="006A4C8F" w:rsidRPr="00D02DDB" w:rsidRDefault="00000000">
      <w:pPr>
        <w:pStyle w:val="21"/>
        <w:rPr>
          <w:rFonts w:ascii="Times New Roman" w:hAnsi="Times New Roman" w:cs="Times New Roman"/>
          <w:szCs w:val="22"/>
        </w:rPr>
      </w:pPr>
      <w:r w:rsidRPr="00D02DDB">
        <w:rPr>
          <w:rFonts w:ascii="Times New Roman" w:hAnsi="Times New Roman" w:cs="Times New Roman"/>
          <w:szCs w:val="22"/>
        </w:rPr>
        <w:lastRenderedPageBreak/>
        <w:t>Разделы и подразделы</w:t>
      </w:r>
    </w:p>
    <w:p w14:paraId="59E1C91B" w14:textId="7BADE2FD" w:rsidR="006A4C8F" w:rsidRPr="00D02DDB" w:rsidRDefault="00000000">
      <w:pPr>
        <w:pStyle w:val="a0"/>
        <w:spacing w:after="20"/>
        <w:ind w:left="369" w:hanging="198"/>
        <w:rPr>
          <w:rFonts w:cs="Times New Roman"/>
        </w:rPr>
      </w:pPr>
      <w:r w:rsidRPr="00D02DDB">
        <w:rPr>
          <w:rFonts w:cs="Times New Roman"/>
        </w:rPr>
        <w:t xml:space="preserve">Деятельность </w:t>
      </w:r>
    </w:p>
    <w:p w14:paraId="45ECFF8D" w14:textId="6E923FFE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Отчёты о работе </w:t>
      </w:r>
    </w:p>
    <w:p w14:paraId="3014AFE5" w14:textId="2BA952A2" w:rsidR="006A4C8F" w:rsidRPr="00D02DDB" w:rsidRDefault="00000000">
      <w:pPr>
        <w:pStyle w:val="20"/>
        <w:spacing w:after="20"/>
        <w:ind w:left="737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Сведения об использовании бюджетных средств </w:t>
      </w:r>
    </w:p>
    <w:p w14:paraId="24ACBEB5" w14:textId="0C22BC95" w:rsidR="006A4C8F" w:rsidRPr="00D02DDB" w:rsidRDefault="00000000">
      <w:pPr>
        <w:pStyle w:val="20"/>
        <w:spacing w:after="20"/>
        <w:ind w:left="1106" w:hanging="198"/>
        <w:rPr>
          <w:rFonts w:cs="Times New Roman"/>
        </w:rPr>
      </w:pPr>
      <w:r w:rsidRPr="00D02DDB">
        <w:rPr>
          <w:rFonts w:cs="Times New Roman"/>
        </w:rPr>
        <w:t xml:space="preserve">2021 </w:t>
      </w:r>
    </w:p>
    <w:p w14:paraId="121CE96B" w14:textId="23AFA9AA" w:rsidR="006A4C8F" w:rsidRPr="00D02DDB" w:rsidRDefault="00000000">
      <w:pPr>
        <w:pStyle w:val="20"/>
        <w:spacing w:after="20"/>
        <w:ind w:left="1106" w:hanging="198"/>
        <w:rPr>
          <w:rFonts w:cs="Times New Roman"/>
        </w:rPr>
      </w:pPr>
      <w:r w:rsidRPr="00D02DDB">
        <w:rPr>
          <w:rFonts w:cs="Times New Roman"/>
        </w:rPr>
        <w:t xml:space="preserve">2022 </w:t>
      </w:r>
    </w:p>
    <w:p w14:paraId="7A33622B" w14:textId="21EBA76D" w:rsidR="006A4C8F" w:rsidRPr="00D02DDB" w:rsidRDefault="00000000">
      <w:pPr>
        <w:pStyle w:val="20"/>
        <w:spacing w:after="20"/>
        <w:ind w:left="1106" w:hanging="198"/>
        <w:rPr>
          <w:rFonts w:cs="Times New Roman"/>
        </w:rPr>
      </w:pPr>
      <w:r w:rsidRPr="00D02DDB">
        <w:rPr>
          <w:rFonts w:cs="Times New Roman"/>
        </w:rPr>
        <w:t xml:space="preserve">2023 </w:t>
      </w:r>
    </w:p>
    <w:p w14:paraId="204A0395" w14:textId="2F57C8D9" w:rsidR="006A4C8F" w:rsidRPr="00D02DDB" w:rsidRDefault="00000000">
      <w:pPr>
        <w:pStyle w:val="20"/>
        <w:spacing w:after="20"/>
        <w:ind w:left="1106" w:hanging="198"/>
        <w:rPr>
          <w:rFonts w:cs="Times New Roman"/>
        </w:rPr>
      </w:pPr>
      <w:r w:rsidRPr="00D02DDB">
        <w:rPr>
          <w:rFonts w:cs="Times New Roman"/>
        </w:rPr>
        <w:t xml:space="preserve">2024 </w:t>
      </w:r>
    </w:p>
    <w:p w14:paraId="52783DA0" w14:textId="2C76037E" w:rsidR="006A4C8F" w:rsidRPr="00D02DDB" w:rsidRDefault="00000000">
      <w:pPr>
        <w:pStyle w:val="20"/>
        <w:spacing w:after="20"/>
        <w:ind w:left="1106" w:hanging="198"/>
        <w:rPr>
          <w:rFonts w:cs="Times New Roman"/>
        </w:rPr>
      </w:pPr>
      <w:r w:rsidRPr="00D02DDB">
        <w:rPr>
          <w:rFonts w:cs="Times New Roman"/>
        </w:rPr>
        <w:t xml:space="preserve">2025 </w:t>
      </w:r>
    </w:p>
    <w:p w14:paraId="69E0FC70" w14:textId="71B41E0C" w:rsidR="006A4C8F" w:rsidRPr="00D02DDB" w:rsidRDefault="00000000">
      <w:pPr>
        <w:pStyle w:val="a0"/>
        <w:spacing w:after="20"/>
        <w:ind w:left="369" w:hanging="198"/>
        <w:rPr>
          <w:rFonts w:cs="Times New Roman"/>
        </w:rPr>
      </w:pPr>
      <w:r w:rsidRPr="00D02DDB">
        <w:rPr>
          <w:rFonts w:cs="Times New Roman"/>
        </w:rPr>
        <w:t xml:space="preserve">Интервью и выступления </w:t>
      </w:r>
    </w:p>
    <w:p w14:paraId="7741424E" w14:textId="450E480B" w:rsidR="006A4C8F" w:rsidRPr="00D02DDB" w:rsidRDefault="00000000">
      <w:pPr>
        <w:pStyle w:val="a0"/>
        <w:spacing w:after="20"/>
        <w:ind w:left="369" w:hanging="198"/>
        <w:rPr>
          <w:rFonts w:cs="Times New Roman"/>
        </w:rPr>
      </w:pPr>
      <w:r w:rsidRPr="00D02DDB">
        <w:rPr>
          <w:rFonts w:cs="Times New Roman"/>
        </w:rPr>
        <w:t xml:space="preserve">Кадровое обеспечение </w:t>
      </w:r>
    </w:p>
    <w:p w14:paraId="1D99A093" w14:textId="4FEE9507" w:rsidR="006A4C8F" w:rsidRPr="00D02DDB" w:rsidRDefault="00000000">
      <w:pPr>
        <w:pStyle w:val="20"/>
        <w:spacing w:after="20"/>
        <w:ind w:left="737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Порядок поступления на государственную службу </w:t>
      </w:r>
    </w:p>
    <w:p w14:paraId="2AC451C5" w14:textId="40C77169" w:rsidR="006A4C8F" w:rsidRPr="00D02DDB" w:rsidRDefault="00000000" w:rsidP="00D02DDB">
      <w:pPr>
        <w:pStyle w:val="a0"/>
        <w:spacing w:after="20"/>
        <w:ind w:left="737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Обращения Информация о работе с обращениями </w:t>
      </w:r>
    </w:p>
    <w:p w14:paraId="4881B554" w14:textId="1B8C7CAC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Обзор обращений </w:t>
      </w:r>
    </w:p>
    <w:p w14:paraId="33162B49" w14:textId="03EA89F0" w:rsidR="006A4C8F" w:rsidRPr="00D02DDB" w:rsidRDefault="00000000">
      <w:pPr>
        <w:pStyle w:val="a0"/>
        <w:spacing w:after="20"/>
        <w:ind w:left="369" w:hanging="198"/>
        <w:rPr>
          <w:rFonts w:cs="Times New Roman"/>
        </w:rPr>
      </w:pPr>
      <w:r w:rsidRPr="00D02DDB">
        <w:rPr>
          <w:rFonts w:cs="Times New Roman"/>
        </w:rPr>
        <w:t xml:space="preserve">Общее </w:t>
      </w:r>
    </w:p>
    <w:p w14:paraId="74876C34" w14:textId="27A52F8F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Документы палаты </w:t>
      </w:r>
    </w:p>
    <w:p w14:paraId="0A4EFB2F" w14:textId="071E4CC8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Законодательство </w:t>
      </w:r>
    </w:p>
    <w:p w14:paraId="1306E9F5" w14:textId="76F79DEB" w:rsidR="006A4C8F" w:rsidRPr="00D02DDB" w:rsidRDefault="00000000">
      <w:pPr>
        <w:pStyle w:val="20"/>
        <w:spacing w:after="20"/>
        <w:ind w:left="737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Локальные акты и документы палаты </w:t>
      </w:r>
    </w:p>
    <w:p w14:paraId="0B4A121B" w14:textId="5BBE5A61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>Предложения (рекомендации) КСО</w:t>
      </w:r>
    </w:p>
    <w:p w14:paraId="33A54ED5" w14:textId="498252E0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Регламент </w:t>
      </w:r>
    </w:p>
    <w:p w14:paraId="67CDFD9F" w14:textId="790CA388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Соглашения о сотрудничестве </w:t>
      </w:r>
    </w:p>
    <w:p w14:paraId="64879819" w14:textId="552FAFCE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Стандарты </w:t>
      </w:r>
    </w:p>
    <w:p w14:paraId="40E2E108" w14:textId="066C7F87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>Стратегия развития</w:t>
      </w:r>
    </w:p>
    <w:p w14:paraId="5ADFC39A" w14:textId="3CFF6847" w:rsidR="006A4C8F" w:rsidRPr="00D02DDB" w:rsidRDefault="00000000">
      <w:pPr>
        <w:pStyle w:val="a0"/>
        <w:spacing w:after="20"/>
        <w:ind w:left="369" w:hanging="198"/>
        <w:rPr>
          <w:rFonts w:cs="Times New Roman"/>
        </w:rPr>
      </w:pPr>
      <w:r w:rsidRPr="00D02DDB">
        <w:rPr>
          <w:rFonts w:cs="Times New Roman"/>
        </w:rPr>
        <w:t xml:space="preserve">Противодействие коррупции </w:t>
      </w:r>
    </w:p>
    <w:p w14:paraId="555FC0AA" w14:textId="0C729C6D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Антикоррупционная экспертиза </w:t>
      </w:r>
    </w:p>
    <w:p w14:paraId="556F0BCE" w14:textId="23E7B3E0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  <w:lang w:val="ru-RU"/>
        </w:rPr>
        <w:t xml:space="preserve">Комиссия по соблюдению требований к служебному поведению </w:t>
      </w:r>
    </w:p>
    <w:p w14:paraId="2024B3B5" w14:textId="0AEC6DA6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Методические материалы </w:t>
      </w:r>
    </w:p>
    <w:p w14:paraId="3B0EE060" w14:textId="342C524F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Нормативные правовые акты </w:t>
      </w:r>
    </w:p>
    <w:p w14:paraId="44C29080" w14:textId="7629047F" w:rsidR="006A4C8F" w:rsidRPr="00D02DDB" w:rsidRDefault="00000000">
      <w:pPr>
        <w:pStyle w:val="20"/>
        <w:spacing w:after="20"/>
        <w:ind w:left="737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Сведения о доходах должностных лиц </w:t>
      </w:r>
    </w:p>
    <w:p w14:paraId="772E5F3B" w14:textId="1E9E8016" w:rsidR="006A4C8F" w:rsidRPr="00D02DDB" w:rsidRDefault="00000000">
      <w:pPr>
        <w:pStyle w:val="20"/>
        <w:spacing w:after="20"/>
        <w:ind w:left="737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Формы документов для заполнения </w:t>
      </w:r>
    </w:p>
    <w:p w14:paraId="49084761" w14:textId="63BCF696" w:rsidR="006A4C8F" w:rsidRPr="00D02DDB" w:rsidRDefault="00000000">
      <w:pPr>
        <w:pStyle w:val="a0"/>
        <w:spacing w:after="20"/>
        <w:ind w:left="369" w:hanging="198"/>
        <w:rPr>
          <w:rFonts w:cs="Times New Roman"/>
        </w:rPr>
      </w:pPr>
      <w:r w:rsidRPr="00D02DDB">
        <w:rPr>
          <w:rFonts w:cs="Times New Roman"/>
        </w:rPr>
        <w:t xml:space="preserve">Совет КСО </w:t>
      </w:r>
    </w:p>
    <w:p w14:paraId="5DA7321F" w14:textId="634CB554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Документы Совета </w:t>
      </w:r>
    </w:p>
    <w:p w14:paraId="723ABFF3" w14:textId="10D53362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План работы Совета </w:t>
      </w:r>
    </w:p>
    <w:p w14:paraId="52E2D4AC" w14:textId="5E20DE3D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Протоколы заседаний </w:t>
      </w:r>
    </w:p>
    <w:p w14:paraId="447CFFE4" w14:textId="77777777" w:rsidR="00465B35" w:rsidRPr="00D02DDB" w:rsidRDefault="00465B35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</w:p>
    <w:p w14:paraId="7A2ADDA1" w14:textId="7DEDF20B" w:rsidR="006A4C8F" w:rsidRPr="00960E46" w:rsidRDefault="00000000" w:rsidP="00704A93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960E46">
        <w:rPr>
          <w:rFonts w:ascii="Times New Roman" w:hAnsi="Times New Roman" w:cs="Times New Roman"/>
          <w:szCs w:val="24"/>
        </w:rPr>
        <w:t>ИНФОБЛОК «ОТКРЫТЫЕ ДАННЫЕ»</w:t>
      </w:r>
    </w:p>
    <w:p w14:paraId="6B12810D" w14:textId="20FABC0B" w:rsidR="006A4C8F" w:rsidRPr="00960E46" w:rsidRDefault="00000000" w:rsidP="00960E46">
      <w:pPr>
        <w:spacing w:after="60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>Используется на странице «Открытые данные». Каждый элемент представляет паспорт набора открытых данных</w:t>
      </w:r>
      <w:r w:rsidR="00704A93" w:rsidRPr="00D02DDB">
        <w:rPr>
          <w:rFonts w:cs="Times New Roman"/>
          <w:lang w:val="ru-RU"/>
        </w:rPr>
        <w:t>,</w:t>
      </w:r>
      <w:r w:rsidRPr="00D02DDB">
        <w:rPr>
          <w:rFonts w:cs="Times New Roman"/>
          <w:lang w:val="ru-RU"/>
        </w:rPr>
        <w:t xml:space="preserve"> элементы выводятся таблицей.</w:t>
      </w:r>
    </w:p>
    <w:tbl>
      <w:tblPr>
        <w:tblW w:w="10676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090"/>
        <w:gridCol w:w="1134"/>
        <w:gridCol w:w="709"/>
        <w:gridCol w:w="850"/>
        <w:gridCol w:w="2126"/>
        <w:gridCol w:w="1701"/>
        <w:gridCol w:w="2066"/>
      </w:tblGrid>
      <w:tr w:rsidR="00704A93" w:rsidRPr="00D02DDB" w14:paraId="6C6A2325" w14:textId="2F702966" w:rsidTr="00704A93">
        <w:trPr>
          <w:tblHeader/>
          <w:jc w:val="center"/>
        </w:trPr>
        <w:tc>
          <w:tcPr>
            <w:tcW w:w="2090" w:type="dxa"/>
            <w:shd w:val="clear" w:color="auto" w:fill="D9D9D9" w:themeFill="background1" w:themeFillShade="D9"/>
            <w:vAlign w:val="center"/>
          </w:tcPr>
          <w:p w14:paraId="3FEDCE5A" w14:textId="77777777" w:rsidR="00704A93" w:rsidRPr="00D02DDB" w:rsidRDefault="00704A93" w:rsidP="00704A93">
            <w:pPr>
              <w:spacing w:after="0" w:line="360" w:lineRule="auto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Название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1122B7D" w14:textId="77777777" w:rsidR="00704A93" w:rsidRPr="00D02DDB" w:rsidRDefault="00704A93" w:rsidP="00704A93">
            <w:pPr>
              <w:spacing w:after="0" w:line="360" w:lineRule="auto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Тип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11B1740" w14:textId="77777777" w:rsidR="00704A93" w:rsidRPr="00D02DDB" w:rsidRDefault="00704A93" w:rsidP="00704A93">
            <w:pPr>
              <w:spacing w:after="0" w:line="360" w:lineRule="auto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Обяз.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757DEF9" w14:textId="77777777" w:rsidR="00704A93" w:rsidRPr="00D02DDB" w:rsidRDefault="00704A93" w:rsidP="00704A93">
            <w:pPr>
              <w:spacing w:after="0" w:line="360" w:lineRule="auto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Множ.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111BF70" w14:textId="77777777" w:rsidR="00704A93" w:rsidRPr="00D02DDB" w:rsidRDefault="00704A93" w:rsidP="00704A93">
            <w:pPr>
              <w:spacing w:after="0" w:line="360" w:lineRule="auto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Примечание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0EA0261" w14:textId="77777777" w:rsidR="00704A93" w:rsidRPr="00D02DDB" w:rsidRDefault="00704A93" w:rsidP="00704A93">
            <w:pPr>
              <w:spacing w:after="0" w:line="360" w:lineRule="auto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Символьный код</w:t>
            </w:r>
          </w:p>
        </w:tc>
        <w:tc>
          <w:tcPr>
            <w:tcW w:w="2066" w:type="dxa"/>
            <w:shd w:val="clear" w:color="auto" w:fill="D9D9D9" w:themeFill="background1" w:themeFillShade="D9"/>
          </w:tcPr>
          <w:p w14:paraId="7CF1092A" w14:textId="0C41E2AB" w:rsidR="00704A93" w:rsidRPr="00D02DDB" w:rsidRDefault="00704A93" w:rsidP="00704A93">
            <w:pPr>
              <w:spacing w:after="0" w:line="360" w:lineRule="auto"/>
              <w:rPr>
                <w:rFonts w:cs="Times New Roman"/>
                <w:b/>
                <w:color w:val="000000"/>
              </w:rPr>
            </w:pPr>
            <w:r w:rsidRPr="00D02DDB">
              <w:rPr>
                <w:rFonts w:cs="Times New Roman"/>
                <w:b/>
                <w:color w:val="000000"/>
                <w:lang w:val="ru-RU"/>
              </w:rPr>
              <w:t>Откуда переносить</w:t>
            </w:r>
          </w:p>
        </w:tc>
      </w:tr>
      <w:tr w:rsidR="00704A93" w:rsidRPr="00D02DDB" w14:paraId="43F9B5CD" w14:textId="45F98BAA" w:rsidTr="00704A93">
        <w:trPr>
          <w:cantSplit/>
          <w:jc w:val="center"/>
        </w:trPr>
        <w:tc>
          <w:tcPr>
            <w:tcW w:w="2090" w:type="dxa"/>
            <w:vAlign w:val="center"/>
          </w:tcPr>
          <w:p w14:paraId="3ED32F76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Название</w:t>
            </w:r>
          </w:p>
        </w:tc>
        <w:tc>
          <w:tcPr>
            <w:tcW w:w="1134" w:type="dxa"/>
            <w:vAlign w:val="center"/>
          </w:tcPr>
          <w:p w14:paraId="46D0A6CC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709" w:type="dxa"/>
            <w:vAlign w:val="center"/>
          </w:tcPr>
          <w:p w14:paraId="4D9BAD49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850" w:type="dxa"/>
            <w:vAlign w:val="center"/>
          </w:tcPr>
          <w:p w14:paraId="6853A6CE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6" w:type="dxa"/>
            <w:vAlign w:val="center"/>
          </w:tcPr>
          <w:p w14:paraId="6C330C24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Наименование набора открытых данных</w:t>
            </w:r>
          </w:p>
        </w:tc>
        <w:tc>
          <w:tcPr>
            <w:tcW w:w="1701" w:type="dxa"/>
            <w:vAlign w:val="center"/>
          </w:tcPr>
          <w:p w14:paraId="7D65C313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066" w:type="dxa"/>
            <w:shd w:val="clear" w:color="auto" w:fill="D9D9D9" w:themeFill="background1" w:themeFillShade="D9"/>
          </w:tcPr>
          <w:p w14:paraId="116FD8E5" w14:textId="26C3F062" w:rsidR="00704A93" w:rsidRPr="00D02DDB" w:rsidRDefault="00704A93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Наименование набора открытых данных</w:t>
            </w:r>
          </w:p>
        </w:tc>
      </w:tr>
      <w:tr w:rsidR="00704A93" w:rsidRPr="00D02DDB" w14:paraId="1F000AEF" w14:textId="0AE07E65" w:rsidTr="00704A93">
        <w:trPr>
          <w:cantSplit/>
          <w:jc w:val="center"/>
        </w:trPr>
        <w:tc>
          <w:tcPr>
            <w:tcW w:w="2090" w:type="dxa"/>
            <w:vAlign w:val="center"/>
          </w:tcPr>
          <w:p w14:paraId="5DC043BA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Описание</w:t>
            </w:r>
          </w:p>
        </w:tc>
        <w:tc>
          <w:tcPr>
            <w:tcW w:w="1134" w:type="dxa"/>
            <w:vAlign w:val="center"/>
          </w:tcPr>
          <w:p w14:paraId="33F310A3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709" w:type="dxa"/>
            <w:vAlign w:val="center"/>
          </w:tcPr>
          <w:p w14:paraId="0ED1FD6F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850" w:type="dxa"/>
            <w:vAlign w:val="center"/>
          </w:tcPr>
          <w:p w14:paraId="28F431FD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26" w:type="dxa"/>
            <w:vAlign w:val="center"/>
          </w:tcPr>
          <w:p w14:paraId="3B2E8643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Описание содержания набора</w:t>
            </w:r>
          </w:p>
        </w:tc>
        <w:tc>
          <w:tcPr>
            <w:tcW w:w="1701" w:type="dxa"/>
            <w:vAlign w:val="center"/>
          </w:tcPr>
          <w:p w14:paraId="02E17988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066" w:type="dxa"/>
            <w:shd w:val="clear" w:color="auto" w:fill="D9D9D9" w:themeFill="background1" w:themeFillShade="D9"/>
          </w:tcPr>
          <w:p w14:paraId="615D9AD1" w14:textId="591843A7" w:rsidR="00704A93" w:rsidRPr="00D02DDB" w:rsidRDefault="00704A93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Описание набора</w:t>
            </w:r>
          </w:p>
        </w:tc>
      </w:tr>
      <w:tr w:rsidR="00704A93" w:rsidRPr="00D02DDB" w14:paraId="787E4C03" w14:textId="5F09319F" w:rsidTr="00704A93">
        <w:trPr>
          <w:cantSplit/>
          <w:jc w:val="center"/>
        </w:trPr>
        <w:tc>
          <w:tcPr>
            <w:tcW w:w="2090" w:type="dxa"/>
            <w:vAlign w:val="center"/>
          </w:tcPr>
          <w:p w14:paraId="5FB032F7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Владелец набора открытых данных</w:t>
            </w:r>
          </w:p>
        </w:tc>
        <w:tc>
          <w:tcPr>
            <w:tcW w:w="1134" w:type="dxa"/>
            <w:vAlign w:val="center"/>
          </w:tcPr>
          <w:p w14:paraId="05A00ACC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Строка</w:t>
            </w:r>
          </w:p>
        </w:tc>
        <w:tc>
          <w:tcPr>
            <w:tcW w:w="709" w:type="dxa"/>
            <w:vAlign w:val="center"/>
          </w:tcPr>
          <w:p w14:paraId="67CAD826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0" w:type="dxa"/>
            <w:vAlign w:val="center"/>
          </w:tcPr>
          <w:p w14:paraId="6BD311CE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2126" w:type="dxa"/>
            <w:vAlign w:val="center"/>
          </w:tcPr>
          <w:p w14:paraId="1B5EEA2C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701" w:type="dxa"/>
            <w:vAlign w:val="center"/>
          </w:tcPr>
          <w:p w14:paraId="234A67D6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OWNER</w:t>
            </w:r>
          </w:p>
        </w:tc>
        <w:tc>
          <w:tcPr>
            <w:tcW w:w="2066" w:type="dxa"/>
            <w:shd w:val="clear" w:color="auto" w:fill="D9D9D9" w:themeFill="background1" w:themeFillShade="D9"/>
          </w:tcPr>
          <w:p w14:paraId="7EC1779A" w14:textId="5637FD2B" w:rsidR="00704A93" w:rsidRPr="00D02DDB" w:rsidRDefault="00704A93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Владелец набора открытых данных</w:t>
            </w:r>
          </w:p>
        </w:tc>
      </w:tr>
      <w:tr w:rsidR="00704A93" w:rsidRPr="00D02DDB" w14:paraId="3F8FB145" w14:textId="5F163CCA" w:rsidTr="00704A93">
        <w:trPr>
          <w:cantSplit/>
          <w:jc w:val="center"/>
        </w:trPr>
        <w:tc>
          <w:tcPr>
            <w:tcW w:w="2090" w:type="dxa"/>
            <w:vAlign w:val="center"/>
          </w:tcPr>
          <w:p w14:paraId="2037160A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Ответственное лицо</w:t>
            </w:r>
          </w:p>
        </w:tc>
        <w:tc>
          <w:tcPr>
            <w:tcW w:w="1134" w:type="dxa"/>
            <w:vAlign w:val="center"/>
          </w:tcPr>
          <w:p w14:paraId="7C55365A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Строка</w:t>
            </w:r>
          </w:p>
        </w:tc>
        <w:tc>
          <w:tcPr>
            <w:tcW w:w="709" w:type="dxa"/>
            <w:vAlign w:val="center"/>
          </w:tcPr>
          <w:p w14:paraId="6C1307CA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0" w:type="dxa"/>
            <w:vAlign w:val="center"/>
          </w:tcPr>
          <w:p w14:paraId="311EBC35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2126" w:type="dxa"/>
            <w:vAlign w:val="center"/>
          </w:tcPr>
          <w:p w14:paraId="0326FF6B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701" w:type="dxa"/>
            <w:vAlign w:val="center"/>
          </w:tcPr>
          <w:p w14:paraId="0A216E43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RESPONSIBLE_PERSON</w:t>
            </w:r>
          </w:p>
        </w:tc>
        <w:tc>
          <w:tcPr>
            <w:tcW w:w="2066" w:type="dxa"/>
            <w:shd w:val="clear" w:color="auto" w:fill="D9D9D9" w:themeFill="background1" w:themeFillShade="D9"/>
          </w:tcPr>
          <w:p w14:paraId="7326F629" w14:textId="4EE3F157" w:rsidR="00704A93" w:rsidRPr="00D02DDB" w:rsidRDefault="00704A93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Ответственное лицо</w:t>
            </w:r>
          </w:p>
        </w:tc>
      </w:tr>
      <w:tr w:rsidR="00704A93" w:rsidRPr="00D02DDB" w14:paraId="254843AE" w14:textId="38BE6880" w:rsidTr="00704A93">
        <w:trPr>
          <w:cantSplit/>
          <w:jc w:val="center"/>
        </w:trPr>
        <w:tc>
          <w:tcPr>
            <w:tcW w:w="2090" w:type="dxa"/>
            <w:vAlign w:val="center"/>
          </w:tcPr>
          <w:p w14:paraId="069085FE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Номер телефона</w:t>
            </w:r>
          </w:p>
        </w:tc>
        <w:tc>
          <w:tcPr>
            <w:tcW w:w="1134" w:type="dxa"/>
            <w:vAlign w:val="center"/>
          </w:tcPr>
          <w:p w14:paraId="717114F9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Строка</w:t>
            </w:r>
          </w:p>
        </w:tc>
        <w:tc>
          <w:tcPr>
            <w:tcW w:w="709" w:type="dxa"/>
            <w:vAlign w:val="center"/>
          </w:tcPr>
          <w:p w14:paraId="1A3E7B09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0" w:type="dxa"/>
            <w:vAlign w:val="center"/>
          </w:tcPr>
          <w:p w14:paraId="6A02D55E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2126" w:type="dxa"/>
            <w:vAlign w:val="center"/>
          </w:tcPr>
          <w:p w14:paraId="09C073D5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701" w:type="dxa"/>
            <w:vAlign w:val="center"/>
          </w:tcPr>
          <w:p w14:paraId="37286F72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PHONE</w:t>
            </w:r>
          </w:p>
        </w:tc>
        <w:tc>
          <w:tcPr>
            <w:tcW w:w="2066" w:type="dxa"/>
            <w:shd w:val="clear" w:color="auto" w:fill="D9D9D9" w:themeFill="background1" w:themeFillShade="D9"/>
          </w:tcPr>
          <w:p w14:paraId="7BBBB5A9" w14:textId="3454A50C" w:rsidR="00704A93" w:rsidRPr="00D02DDB" w:rsidRDefault="00704A93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  <w:lang w:val="ru-RU"/>
              </w:rPr>
              <w:t>П</w:t>
            </w:r>
            <w:r w:rsidRPr="00D02DDB">
              <w:rPr>
                <w:rFonts w:eastAsia="Arial" w:cs="Times New Roman"/>
                <w:color w:val="10212F"/>
              </w:rPr>
              <w:t>очта ответственного лица</w:t>
            </w:r>
          </w:p>
        </w:tc>
      </w:tr>
      <w:tr w:rsidR="00704A93" w:rsidRPr="00D02DDB" w14:paraId="50F98147" w14:textId="6B351951" w:rsidTr="00704A93">
        <w:trPr>
          <w:cantSplit/>
          <w:jc w:val="center"/>
        </w:trPr>
        <w:tc>
          <w:tcPr>
            <w:tcW w:w="2090" w:type="dxa"/>
            <w:vAlign w:val="center"/>
          </w:tcPr>
          <w:p w14:paraId="605926D4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lastRenderedPageBreak/>
              <w:t>Адрес электронной почты</w:t>
            </w:r>
          </w:p>
        </w:tc>
        <w:tc>
          <w:tcPr>
            <w:tcW w:w="1134" w:type="dxa"/>
            <w:vAlign w:val="center"/>
          </w:tcPr>
          <w:p w14:paraId="57336AD5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Строка</w:t>
            </w:r>
          </w:p>
        </w:tc>
        <w:tc>
          <w:tcPr>
            <w:tcW w:w="709" w:type="dxa"/>
            <w:vAlign w:val="center"/>
          </w:tcPr>
          <w:p w14:paraId="6A9642B8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0" w:type="dxa"/>
            <w:vAlign w:val="center"/>
          </w:tcPr>
          <w:p w14:paraId="218A88C7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2126" w:type="dxa"/>
            <w:vAlign w:val="center"/>
          </w:tcPr>
          <w:p w14:paraId="5AADFE67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701" w:type="dxa"/>
            <w:vAlign w:val="center"/>
          </w:tcPr>
          <w:p w14:paraId="60059387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EMAIL</w:t>
            </w:r>
          </w:p>
        </w:tc>
        <w:tc>
          <w:tcPr>
            <w:tcW w:w="2066" w:type="dxa"/>
            <w:shd w:val="clear" w:color="auto" w:fill="D9D9D9" w:themeFill="background1" w:themeFillShade="D9"/>
          </w:tcPr>
          <w:p w14:paraId="6F191B1B" w14:textId="790D3761" w:rsidR="00704A93" w:rsidRPr="00D02DDB" w:rsidRDefault="00704A93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eastAsia="Arial" w:cs="Times New Roman"/>
                <w:color w:val="10212F"/>
                <w:lang w:val="ru-RU"/>
              </w:rPr>
              <w:t>Телефон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 xml:space="preserve"> о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>тветственного лица</w:t>
            </w:r>
          </w:p>
        </w:tc>
      </w:tr>
      <w:tr w:rsidR="00704A93" w:rsidRPr="00D02DDB" w14:paraId="2951214D" w14:textId="3131BD31" w:rsidTr="00704A93">
        <w:trPr>
          <w:cantSplit/>
          <w:jc w:val="center"/>
        </w:trPr>
        <w:tc>
          <w:tcPr>
            <w:tcW w:w="2090" w:type="dxa"/>
            <w:vAlign w:val="center"/>
          </w:tcPr>
          <w:p w14:paraId="0EE15577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Гиперссылка</w:t>
            </w:r>
          </w:p>
        </w:tc>
        <w:tc>
          <w:tcPr>
            <w:tcW w:w="1134" w:type="dxa"/>
            <w:vAlign w:val="center"/>
          </w:tcPr>
          <w:p w14:paraId="75987372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Строка</w:t>
            </w:r>
          </w:p>
        </w:tc>
        <w:tc>
          <w:tcPr>
            <w:tcW w:w="709" w:type="dxa"/>
            <w:vAlign w:val="center"/>
          </w:tcPr>
          <w:p w14:paraId="7491C59C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0" w:type="dxa"/>
            <w:vAlign w:val="center"/>
          </w:tcPr>
          <w:p w14:paraId="1756F2C7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2126" w:type="dxa"/>
            <w:vAlign w:val="center"/>
          </w:tcPr>
          <w:p w14:paraId="7DAC6E91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701" w:type="dxa"/>
            <w:vAlign w:val="center"/>
          </w:tcPr>
          <w:p w14:paraId="5B1AAC4E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LINK</w:t>
            </w:r>
          </w:p>
        </w:tc>
        <w:tc>
          <w:tcPr>
            <w:tcW w:w="2066" w:type="dxa"/>
            <w:shd w:val="clear" w:color="auto" w:fill="D9D9D9" w:themeFill="background1" w:themeFillShade="D9"/>
          </w:tcPr>
          <w:p w14:paraId="5C33C74F" w14:textId="60737974" w:rsidR="00704A93" w:rsidRPr="00D02DDB" w:rsidRDefault="00704A93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Гиперссылка</w:t>
            </w:r>
          </w:p>
        </w:tc>
      </w:tr>
      <w:tr w:rsidR="00704A93" w:rsidRPr="00D02DDB" w14:paraId="2E281843" w14:textId="4971F89E" w:rsidTr="00704A93">
        <w:trPr>
          <w:cantSplit/>
          <w:jc w:val="center"/>
        </w:trPr>
        <w:tc>
          <w:tcPr>
            <w:tcW w:w="2090" w:type="dxa"/>
            <w:vAlign w:val="center"/>
          </w:tcPr>
          <w:p w14:paraId="28774F35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Периодичность</w:t>
            </w:r>
          </w:p>
        </w:tc>
        <w:tc>
          <w:tcPr>
            <w:tcW w:w="1134" w:type="dxa"/>
            <w:vAlign w:val="center"/>
          </w:tcPr>
          <w:p w14:paraId="04265BA1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Строка</w:t>
            </w:r>
          </w:p>
        </w:tc>
        <w:tc>
          <w:tcPr>
            <w:tcW w:w="709" w:type="dxa"/>
            <w:vAlign w:val="center"/>
          </w:tcPr>
          <w:p w14:paraId="4E95EBE1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850" w:type="dxa"/>
            <w:vAlign w:val="center"/>
          </w:tcPr>
          <w:p w14:paraId="68870003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2126" w:type="dxa"/>
            <w:vAlign w:val="center"/>
          </w:tcPr>
          <w:p w14:paraId="1E1854CC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701" w:type="dxa"/>
            <w:vAlign w:val="center"/>
          </w:tcPr>
          <w:p w14:paraId="2679EA8E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REGULARITY</w:t>
            </w:r>
          </w:p>
        </w:tc>
        <w:tc>
          <w:tcPr>
            <w:tcW w:w="2066" w:type="dxa"/>
            <w:shd w:val="clear" w:color="auto" w:fill="D9D9D9" w:themeFill="background1" w:themeFillShade="D9"/>
          </w:tcPr>
          <w:p w14:paraId="345B93D9" w14:textId="10EE3F19" w:rsidR="00704A93" w:rsidRPr="00D02DDB" w:rsidRDefault="00704A93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Периодичность</w:t>
            </w:r>
          </w:p>
        </w:tc>
      </w:tr>
    </w:tbl>
    <w:p w14:paraId="5337918A" w14:textId="77777777" w:rsidR="006A4C8F" w:rsidRPr="00D02DDB" w:rsidRDefault="006A4C8F">
      <w:pPr>
        <w:spacing w:after="0"/>
        <w:rPr>
          <w:rFonts w:cs="Times New Roman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93"/>
        <w:gridCol w:w="5263"/>
      </w:tblGrid>
      <w:tr w:rsidR="00704A93" w:rsidRPr="00D02DDB" w14:paraId="59F4182B" w14:textId="77777777" w:rsidTr="00B470AA">
        <w:tc>
          <w:tcPr>
            <w:tcW w:w="5341" w:type="dxa"/>
            <w:shd w:val="clear" w:color="auto" w:fill="D9D9D9" w:themeFill="background1" w:themeFillShade="D9"/>
          </w:tcPr>
          <w:p w14:paraId="52B5CCE5" w14:textId="77777777" w:rsidR="00704A93" w:rsidRPr="00D02DDB" w:rsidRDefault="00704A93" w:rsidP="00B470AA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Новый сайт</w:t>
            </w:r>
          </w:p>
        </w:tc>
        <w:tc>
          <w:tcPr>
            <w:tcW w:w="5341" w:type="dxa"/>
            <w:shd w:val="clear" w:color="auto" w:fill="D9D9D9" w:themeFill="background1" w:themeFillShade="D9"/>
          </w:tcPr>
          <w:p w14:paraId="23825498" w14:textId="77777777" w:rsidR="00704A93" w:rsidRPr="00D02DDB" w:rsidRDefault="00704A93" w:rsidP="00B470AA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Старый сайт</w:t>
            </w:r>
          </w:p>
        </w:tc>
      </w:tr>
      <w:tr w:rsidR="00704A93" w:rsidRPr="00D02DDB" w14:paraId="5CFCCA04" w14:textId="77777777" w:rsidTr="00B470AA">
        <w:tc>
          <w:tcPr>
            <w:tcW w:w="5341" w:type="dxa"/>
          </w:tcPr>
          <w:p w14:paraId="0450185E" w14:textId="125EA9DE" w:rsidR="00704A93" w:rsidRPr="00D02DDB" w:rsidRDefault="00704A93" w:rsidP="00B470AA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Инфоблок «Открытые данные». Элемент инфоблока - паспорт набора открытых данных, отображается таблицей (без детальных карточек).</w:t>
            </w:r>
          </w:p>
        </w:tc>
        <w:tc>
          <w:tcPr>
            <w:tcW w:w="5341" w:type="dxa"/>
          </w:tcPr>
          <w:p w14:paraId="0FC39376" w14:textId="72EB95A1" w:rsidR="00704A93" w:rsidRPr="00D02DDB" w:rsidRDefault="00704A93" w:rsidP="00B470AA">
            <w:pPr>
              <w:spacing w:after="0"/>
              <w:rPr>
                <w:rFonts w:cs="Times New Roman"/>
                <w:lang w:val="ru-RU"/>
              </w:rPr>
            </w:pPr>
            <w:hyperlink r:id="rId42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</w:t>
              </w:r>
              <w:r w:rsidRPr="00D02DDB">
                <w:rPr>
                  <w:rStyle w:val="aff8"/>
                  <w:rFonts w:cs="Times New Roman"/>
                  <w:lang w:val="ru-RU"/>
                </w:rPr>
                <w:t>?</w:t>
              </w:r>
              <w:r w:rsidRPr="00D02DDB">
                <w:rPr>
                  <w:rStyle w:val="aff8"/>
                  <w:rFonts w:cs="Times New Roman"/>
                </w:rPr>
                <w:t>page</w:t>
              </w:r>
              <w:r w:rsidRPr="00D02DDB">
                <w:rPr>
                  <w:rStyle w:val="aff8"/>
                  <w:rFonts w:cs="Times New Roman"/>
                  <w:lang w:val="ru-RU"/>
                </w:rPr>
                <w:t>_</w:t>
              </w:r>
              <w:r w:rsidRPr="00D02DDB">
                <w:rPr>
                  <w:rStyle w:val="aff8"/>
                  <w:rFonts w:cs="Times New Roman"/>
                </w:rPr>
                <w:t>id</w:t>
              </w:r>
              <w:r w:rsidRPr="00D02DDB">
                <w:rPr>
                  <w:rStyle w:val="aff8"/>
                  <w:rFonts w:cs="Times New Roman"/>
                  <w:lang w:val="ru-RU"/>
                </w:rPr>
                <w:t>=7871</w:t>
              </w:r>
            </w:hyperlink>
          </w:p>
        </w:tc>
      </w:tr>
    </w:tbl>
    <w:p w14:paraId="3920566C" w14:textId="77777777" w:rsidR="00704A93" w:rsidRPr="00D02DDB" w:rsidRDefault="00704A93" w:rsidP="00465B35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</w:p>
    <w:p w14:paraId="1D54A11E" w14:textId="77777777" w:rsidR="00704A93" w:rsidRPr="00D02DDB" w:rsidRDefault="00704A93" w:rsidP="00704A93">
      <w:pPr>
        <w:rPr>
          <w:rFonts w:cs="Times New Roman"/>
          <w:lang w:val="ru-RU"/>
        </w:rPr>
      </w:pPr>
    </w:p>
    <w:p w14:paraId="3BD8A820" w14:textId="299AF7C7" w:rsidR="006A4C8F" w:rsidRPr="00960E46" w:rsidRDefault="00000000" w:rsidP="00465B35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960E46">
        <w:rPr>
          <w:rFonts w:ascii="Times New Roman" w:hAnsi="Times New Roman" w:cs="Times New Roman"/>
          <w:szCs w:val="24"/>
          <w:lang w:val="ru-RU"/>
        </w:rPr>
        <w:t>ИНФОБЛОК «ПЛАНЫ РАБОТ»</w:t>
      </w:r>
    </w:p>
    <w:p w14:paraId="54C28716" w14:textId="3A6DCA68" w:rsidR="006A4C8F" w:rsidRPr="00960E46" w:rsidRDefault="00000000" w:rsidP="00960E46">
      <w:pPr>
        <w:spacing w:after="60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Используется на странице «Планы работ». Верхний уровень </w:t>
      </w:r>
      <w:r w:rsidR="00465B35" w:rsidRPr="00D02DDB">
        <w:rPr>
          <w:rFonts w:cs="Times New Roman"/>
          <w:lang w:val="ru-RU"/>
        </w:rPr>
        <w:t xml:space="preserve">– </w:t>
      </w:r>
      <w:r w:rsidRPr="00D02DDB">
        <w:rPr>
          <w:rFonts w:cs="Times New Roman"/>
          <w:lang w:val="ru-RU"/>
        </w:rPr>
        <w:t>годы</w:t>
      </w:r>
      <w:r w:rsidR="00465B35" w:rsidRPr="00D02DDB">
        <w:rPr>
          <w:rFonts w:cs="Times New Roman"/>
          <w:lang w:val="ru-RU"/>
        </w:rPr>
        <w:t>,</w:t>
      </w:r>
      <w:r w:rsidRPr="00D02DDB">
        <w:rPr>
          <w:rFonts w:cs="Times New Roman"/>
          <w:lang w:val="ru-RU"/>
        </w:rPr>
        <w:t xml:space="preserve"> внутри каждого года расположены контрольные и экспертно-аналитические мероприятия.</w:t>
      </w:r>
      <w:r w:rsidR="00465B35" w:rsidRPr="00D02DDB">
        <w:rPr>
          <w:rFonts w:cs="Times New Roman"/>
          <w:lang w:val="ru-RU"/>
        </w:rPr>
        <w:t xml:space="preserve"> </w:t>
      </w:r>
      <w:r w:rsidR="00465B35" w:rsidRPr="00D02DDB">
        <w:rPr>
          <w:rFonts w:cs="Times New Roman"/>
          <w:lang w:val="ru-RU"/>
        </w:rPr>
        <w:t xml:space="preserve">каждый пункт плана становится отдельным элементом внутри раздела «год </w:t>
      </w:r>
      <w:r w:rsidR="00465B35" w:rsidRPr="00D02DDB">
        <w:rPr>
          <w:rFonts w:cs="Times New Roman"/>
          <w:lang w:val="ru-RU"/>
        </w:rPr>
        <w:t>-</w:t>
      </w:r>
      <w:r w:rsidR="00465B35" w:rsidRPr="00D02DDB">
        <w:rPr>
          <w:rFonts w:cs="Times New Roman"/>
          <w:lang w:val="ru-RU"/>
        </w:rPr>
        <w:t xml:space="preserve"> вид мероприятий».</w:t>
      </w:r>
    </w:p>
    <w:tbl>
      <w:tblPr>
        <w:tblW w:w="11170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304"/>
        <w:gridCol w:w="567"/>
        <w:gridCol w:w="567"/>
        <w:gridCol w:w="3005"/>
        <w:gridCol w:w="1928"/>
        <w:gridCol w:w="1928"/>
      </w:tblGrid>
      <w:tr w:rsidR="00465B35" w:rsidRPr="00D02DDB" w14:paraId="585783CC" w14:textId="40B5B844" w:rsidTr="00465B35">
        <w:trPr>
          <w:tblHeader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45C54570" w14:textId="77777777" w:rsidR="00465B35" w:rsidRPr="00D02DDB" w:rsidRDefault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Название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14:paraId="3C05C07D" w14:textId="77777777" w:rsidR="00465B35" w:rsidRPr="00D02DDB" w:rsidRDefault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Тип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3B65D57" w14:textId="77777777" w:rsidR="00465B35" w:rsidRPr="00D02DDB" w:rsidRDefault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Обяз.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627BBF4" w14:textId="77777777" w:rsidR="00465B35" w:rsidRPr="00D02DDB" w:rsidRDefault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Множ.</w:t>
            </w:r>
          </w:p>
        </w:tc>
        <w:tc>
          <w:tcPr>
            <w:tcW w:w="3005" w:type="dxa"/>
            <w:shd w:val="clear" w:color="auto" w:fill="D9D9D9" w:themeFill="background1" w:themeFillShade="D9"/>
            <w:vAlign w:val="center"/>
          </w:tcPr>
          <w:p w14:paraId="7D626850" w14:textId="77777777" w:rsidR="00465B35" w:rsidRPr="00D02DDB" w:rsidRDefault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Примечание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center"/>
          </w:tcPr>
          <w:p w14:paraId="4348BBC0" w14:textId="77777777" w:rsidR="00465B35" w:rsidRPr="00D02DDB" w:rsidRDefault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Символьный код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166AD249" w14:textId="60583201" w:rsidR="00465B35" w:rsidRPr="00D02DDB" w:rsidRDefault="00465B35">
            <w:pPr>
              <w:spacing w:after="0"/>
              <w:rPr>
                <w:rFonts w:cs="Times New Roman"/>
                <w:b/>
                <w:color w:val="000000"/>
              </w:rPr>
            </w:pPr>
            <w:r w:rsidRPr="00D02DDB">
              <w:rPr>
                <w:rFonts w:cs="Times New Roman"/>
                <w:b/>
                <w:color w:val="000000"/>
                <w:lang w:val="ru-RU"/>
              </w:rPr>
              <w:t>Откуда переносить</w:t>
            </w:r>
          </w:p>
        </w:tc>
      </w:tr>
      <w:tr w:rsidR="00465B35" w:rsidRPr="00D02DDB" w14:paraId="5FCE33F0" w14:textId="1B11FC3C" w:rsidTr="00465B35">
        <w:trPr>
          <w:cantSplit/>
          <w:jc w:val="center"/>
        </w:trPr>
        <w:tc>
          <w:tcPr>
            <w:tcW w:w="1871" w:type="dxa"/>
            <w:vAlign w:val="center"/>
          </w:tcPr>
          <w:p w14:paraId="30681B27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Название</w:t>
            </w:r>
          </w:p>
        </w:tc>
        <w:tc>
          <w:tcPr>
            <w:tcW w:w="1304" w:type="dxa"/>
            <w:vAlign w:val="center"/>
          </w:tcPr>
          <w:p w14:paraId="24E66C2E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567" w:type="dxa"/>
            <w:vAlign w:val="center"/>
          </w:tcPr>
          <w:p w14:paraId="36D0DF5A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567" w:type="dxa"/>
            <w:vAlign w:val="center"/>
          </w:tcPr>
          <w:p w14:paraId="061553D8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3005" w:type="dxa"/>
            <w:vAlign w:val="center"/>
          </w:tcPr>
          <w:p w14:paraId="7B3E3844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Название мероприятия</w:t>
            </w:r>
          </w:p>
        </w:tc>
        <w:tc>
          <w:tcPr>
            <w:tcW w:w="1928" w:type="dxa"/>
            <w:vAlign w:val="center"/>
          </w:tcPr>
          <w:p w14:paraId="1D018EC1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1C0648BD" w14:textId="4A6D0C36" w:rsidR="00465B35" w:rsidRPr="00D02DDB" w:rsidRDefault="00465B35" w:rsidP="00465B35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Наименование мероприятия</w:t>
            </w:r>
          </w:p>
        </w:tc>
      </w:tr>
      <w:tr w:rsidR="00465B35" w:rsidRPr="00D02DDB" w14:paraId="5F8B4F7C" w14:textId="38214451" w:rsidTr="00465B35">
        <w:trPr>
          <w:cantSplit/>
          <w:jc w:val="center"/>
        </w:trPr>
        <w:tc>
          <w:tcPr>
            <w:tcW w:w="1871" w:type="dxa"/>
            <w:vAlign w:val="center"/>
          </w:tcPr>
          <w:p w14:paraId="04AB7660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Срок начала проведения</w:t>
            </w:r>
          </w:p>
        </w:tc>
        <w:tc>
          <w:tcPr>
            <w:tcW w:w="1304" w:type="dxa"/>
            <w:vAlign w:val="center"/>
          </w:tcPr>
          <w:p w14:paraId="40E901D7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Список</w:t>
            </w:r>
          </w:p>
        </w:tc>
        <w:tc>
          <w:tcPr>
            <w:tcW w:w="567" w:type="dxa"/>
            <w:vAlign w:val="center"/>
          </w:tcPr>
          <w:p w14:paraId="45F85B17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567" w:type="dxa"/>
            <w:vAlign w:val="center"/>
          </w:tcPr>
          <w:p w14:paraId="63CB4DDB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3005" w:type="dxa"/>
            <w:vAlign w:val="center"/>
          </w:tcPr>
          <w:p w14:paraId="0976B5DC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Плановый срок начала</w:t>
            </w:r>
          </w:p>
        </w:tc>
        <w:tc>
          <w:tcPr>
            <w:tcW w:w="1928" w:type="dxa"/>
            <w:vAlign w:val="center"/>
          </w:tcPr>
          <w:p w14:paraId="2A2B7098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DATE_START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6F46A01B" w14:textId="7E760E1F" w:rsidR="00465B35" w:rsidRPr="00D02DDB" w:rsidRDefault="00465B35" w:rsidP="00465B35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eastAsia="Arial" w:cs="Times New Roman"/>
                <w:color w:val="10212F"/>
                <w:lang w:val="ru-RU"/>
              </w:rPr>
              <w:t>Срок начала</w:t>
            </w:r>
          </w:p>
        </w:tc>
      </w:tr>
      <w:tr w:rsidR="00465B35" w:rsidRPr="00D02DDB" w14:paraId="77E49573" w14:textId="03790CFF" w:rsidTr="00465B35">
        <w:trPr>
          <w:cantSplit/>
          <w:jc w:val="center"/>
        </w:trPr>
        <w:tc>
          <w:tcPr>
            <w:tcW w:w="1871" w:type="dxa"/>
            <w:vAlign w:val="center"/>
          </w:tcPr>
          <w:p w14:paraId="7E7520D5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Срок окончания проведения</w:t>
            </w:r>
          </w:p>
        </w:tc>
        <w:tc>
          <w:tcPr>
            <w:tcW w:w="1304" w:type="dxa"/>
            <w:vAlign w:val="center"/>
          </w:tcPr>
          <w:p w14:paraId="6E7994F2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Список</w:t>
            </w:r>
          </w:p>
        </w:tc>
        <w:tc>
          <w:tcPr>
            <w:tcW w:w="567" w:type="dxa"/>
            <w:vAlign w:val="center"/>
          </w:tcPr>
          <w:p w14:paraId="4953F4A3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567" w:type="dxa"/>
            <w:vAlign w:val="center"/>
          </w:tcPr>
          <w:p w14:paraId="34DCDA45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3005" w:type="dxa"/>
            <w:vAlign w:val="center"/>
          </w:tcPr>
          <w:p w14:paraId="17AE66BB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Плановый срок окончания</w:t>
            </w:r>
          </w:p>
        </w:tc>
        <w:tc>
          <w:tcPr>
            <w:tcW w:w="1928" w:type="dxa"/>
            <w:vAlign w:val="center"/>
          </w:tcPr>
          <w:p w14:paraId="18A7C95C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DATE_END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55F43660" w14:textId="7365405F" w:rsidR="00465B35" w:rsidRPr="00D02DDB" w:rsidRDefault="00465B35" w:rsidP="00465B35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Срок окончания</w:t>
            </w:r>
          </w:p>
        </w:tc>
      </w:tr>
      <w:tr w:rsidR="00465B35" w:rsidRPr="00D02DDB" w14:paraId="0A975B8C" w14:textId="14D6F35E" w:rsidTr="00465B35">
        <w:trPr>
          <w:cantSplit/>
          <w:jc w:val="center"/>
        </w:trPr>
        <w:tc>
          <w:tcPr>
            <w:tcW w:w="1871" w:type="dxa"/>
            <w:vAlign w:val="center"/>
          </w:tcPr>
          <w:p w14:paraId="1746647A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Длинное название</w:t>
            </w:r>
          </w:p>
        </w:tc>
        <w:tc>
          <w:tcPr>
            <w:tcW w:w="1304" w:type="dxa"/>
            <w:vAlign w:val="center"/>
          </w:tcPr>
          <w:p w14:paraId="02894E00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688219E2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567" w:type="dxa"/>
            <w:vAlign w:val="center"/>
          </w:tcPr>
          <w:p w14:paraId="6227E2AC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3005" w:type="dxa"/>
            <w:vAlign w:val="center"/>
          </w:tcPr>
          <w:p w14:paraId="2F2FBCB9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Расширенное название</w:t>
            </w:r>
          </w:p>
        </w:tc>
        <w:tc>
          <w:tcPr>
            <w:tcW w:w="1928" w:type="dxa"/>
            <w:vAlign w:val="center"/>
          </w:tcPr>
          <w:p w14:paraId="5567CFAF" w14:textId="77777777" w:rsidR="00465B35" w:rsidRPr="00D02DDB" w:rsidRDefault="00465B35" w:rsidP="00465B35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LONG_NAME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1543259B" w14:textId="32E3B453" w:rsidR="00465B35" w:rsidRPr="00D02DDB" w:rsidRDefault="00465B35" w:rsidP="00465B35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Наименование мероприятия</w:t>
            </w:r>
          </w:p>
        </w:tc>
      </w:tr>
    </w:tbl>
    <w:p w14:paraId="6B9FBDB5" w14:textId="77777777" w:rsidR="006A4C8F" w:rsidRPr="00D02DDB" w:rsidRDefault="006A4C8F">
      <w:pPr>
        <w:spacing w:after="0"/>
        <w:rPr>
          <w:rFonts w:cs="Times New Roman"/>
        </w:rPr>
      </w:pPr>
    </w:p>
    <w:p w14:paraId="32A4DE22" w14:textId="29DD06F2" w:rsidR="00465B35" w:rsidRPr="00D02DDB" w:rsidRDefault="00000000" w:rsidP="00465B35">
      <w:pPr>
        <w:spacing w:after="0"/>
        <w:rPr>
          <w:rFonts w:cs="Times New Roman"/>
          <w:lang w:val="ru-RU"/>
        </w:rPr>
      </w:pPr>
      <w:r w:rsidRPr="00D02DDB">
        <w:rPr>
          <w:rFonts w:cs="Times New Roman"/>
          <w:b/>
          <w:lang w:val="ru-RU"/>
        </w:rPr>
        <w:t>Значения списка</w:t>
      </w:r>
      <w:r w:rsidR="00465B35" w:rsidRPr="00D02DDB">
        <w:rPr>
          <w:rFonts w:cs="Times New Roman"/>
          <w:b/>
          <w:lang w:val="ru-RU"/>
        </w:rPr>
        <w:t xml:space="preserve"> </w:t>
      </w:r>
      <w:r w:rsidR="00D02DDB">
        <w:rPr>
          <w:rFonts w:cs="Times New Roman"/>
          <w:b/>
          <w:lang w:val="ru-RU"/>
        </w:rPr>
        <w:t xml:space="preserve">сроков </w:t>
      </w:r>
      <w:r w:rsidR="00465B35" w:rsidRPr="00D02DDB">
        <w:rPr>
          <w:rFonts w:cs="Times New Roman"/>
          <w:b/>
          <w:lang w:val="ru-RU"/>
        </w:rPr>
        <w:t>с возможностью добавления</w:t>
      </w:r>
      <w:r w:rsidRPr="00D02DDB">
        <w:rPr>
          <w:rFonts w:cs="Times New Roman"/>
          <w:b/>
          <w:lang w:val="ru-RU"/>
        </w:rPr>
        <w:t xml:space="preserve">: </w:t>
      </w:r>
    </w:p>
    <w:p w14:paraId="6A3DBD44" w14:textId="3B80ADE9" w:rsidR="006A4C8F" w:rsidRPr="00D02DDB" w:rsidRDefault="00000000" w:rsidP="00465B35">
      <w:pPr>
        <w:spacing w:after="0"/>
        <w:rPr>
          <w:rFonts w:cs="Times New Roman"/>
          <w:lang w:val="ru-RU"/>
        </w:rPr>
      </w:pPr>
      <w:r w:rsidRPr="00D02DDB">
        <w:rPr>
          <w:rFonts w:cs="Times New Roman"/>
        </w:rPr>
        <w:t>I</w:t>
      </w:r>
      <w:r w:rsidRPr="00D02DDB">
        <w:rPr>
          <w:rFonts w:cs="Times New Roman"/>
          <w:lang w:val="ru-RU"/>
        </w:rPr>
        <w:t xml:space="preserve"> квартал; </w:t>
      </w:r>
      <w:r w:rsidRPr="00D02DDB">
        <w:rPr>
          <w:rFonts w:cs="Times New Roman"/>
        </w:rPr>
        <w:t>II</w:t>
      </w:r>
      <w:r w:rsidRPr="00D02DDB">
        <w:rPr>
          <w:rFonts w:cs="Times New Roman"/>
          <w:lang w:val="ru-RU"/>
        </w:rPr>
        <w:t xml:space="preserve"> квартал; </w:t>
      </w:r>
      <w:r w:rsidRPr="00D02DDB">
        <w:rPr>
          <w:rFonts w:cs="Times New Roman"/>
        </w:rPr>
        <w:t>III</w:t>
      </w:r>
      <w:r w:rsidRPr="00D02DDB">
        <w:rPr>
          <w:rFonts w:cs="Times New Roman"/>
          <w:lang w:val="ru-RU"/>
        </w:rPr>
        <w:t xml:space="preserve"> квартал; </w:t>
      </w:r>
      <w:r w:rsidRPr="00D02DDB">
        <w:rPr>
          <w:rFonts w:cs="Times New Roman"/>
        </w:rPr>
        <w:t>IV</w:t>
      </w:r>
      <w:r w:rsidRPr="00D02DDB">
        <w:rPr>
          <w:rFonts w:cs="Times New Roman"/>
          <w:lang w:val="ru-RU"/>
        </w:rPr>
        <w:t xml:space="preserve"> квартал; по мере поступления проектов НПА о внесении изменений в государственную программу Краснодарского края </w:t>
      </w:r>
      <w:r w:rsidR="00465B35" w:rsidRPr="00D02DDB">
        <w:rPr>
          <w:rFonts w:cs="Times New Roman"/>
          <w:lang w:val="ru-RU"/>
        </w:rPr>
        <w:t>-</w:t>
      </w:r>
      <w:r w:rsidRPr="00D02DDB">
        <w:rPr>
          <w:rFonts w:cs="Times New Roman"/>
          <w:lang w:val="ru-RU"/>
        </w:rPr>
        <w:t xml:space="preserve"> в течение 10 рабочих дней.</w:t>
      </w:r>
    </w:p>
    <w:p w14:paraId="316B9144" w14:textId="77777777" w:rsidR="00465B35" w:rsidRPr="00D02DDB" w:rsidRDefault="00465B35" w:rsidP="00465B35">
      <w:pPr>
        <w:spacing w:after="0"/>
        <w:rPr>
          <w:rFonts w:cs="Times New Roman"/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209"/>
        <w:gridCol w:w="5247"/>
      </w:tblGrid>
      <w:tr w:rsidR="00465B35" w:rsidRPr="00D02DDB" w14:paraId="7EE80557" w14:textId="77777777" w:rsidTr="00465B35">
        <w:tc>
          <w:tcPr>
            <w:tcW w:w="5341" w:type="dxa"/>
            <w:shd w:val="clear" w:color="auto" w:fill="D9D9D9" w:themeFill="background1" w:themeFillShade="D9"/>
          </w:tcPr>
          <w:p w14:paraId="72C8414B" w14:textId="7C2B45FB" w:rsidR="00465B35" w:rsidRPr="00D02DDB" w:rsidRDefault="00465B35" w:rsidP="00465B35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Новый сайт</w:t>
            </w:r>
          </w:p>
        </w:tc>
        <w:tc>
          <w:tcPr>
            <w:tcW w:w="5341" w:type="dxa"/>
            <w:shd w:val="clear" w:color="auto" w:fill="D9D9D9" w:themeFill="background1" w:themeFillShade="D9"/>
          </w:tcPr>
          <w:p w14:paraId="077DC480" w14:textId="7EFB8923" w:rsidR="00465B35" w:rsidRPr="00D02DDB" w:rsidRDefault="00465B35" w:rsidP="00465B35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Старый сайт</w:t>
            </w:r>
          </w:p>
        </w:tc>
      </w:tr>
      <w:tr w:rsidR="00465B35" w:rsidRPr="00D02DDB" w14:paraId="1AC16C79" w14:textId="77777777" w:rsidTr="00465B35">
        <w:tc>
          <w:tcPr>
            <w:tcW w:w="5341" w:type="dxa"/>
          </w:tcPr>
          <w:p w14:paraId="2621C634" w14:textId="17A28949" w:rsidR="00465B35" w:rsidRPr="00D02DDB" w:rsidRDefault="00465B35" w:rsidP="00465B35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Инфоблок «Планы работ». Разделы - года, подразделы «Контрольные мероприятия» и «Экспертно-аналитические мероприятия».</w:t>
            </w:r>
            <w:r w:rsidRPr="00D02DDB">
              <w:rPr>
                <w:rFonts w:cs="Times New Roman"/>
                <w:lang w:val="ru-RU"/>
              </w:rPr>
              <w:t xml:space="preserve"> </w:t>
            </w:r>
            <w:r w:rsidRPr="00D02DDB">
              <w:rPr>
                <w:rFonts w:eastAsia="Arial" w:cs="Times New Roman"/>
                <w:color w:val="10212F"/>
              </w:rPr>
              <w:t xml:space="preserve">Строка таблицы </w:t>
            </w:r>
            <w:r w:rsidR="00960E46">
              <w:rPr>
                <w:rFonts w:eastAsia="Arial" w:cs="Times New Roman"/>
                <w:color w:val="10212F"/>
                <w:lang w:val="ru-RU"/>
              </w:rPr>
              <w:t xml:space="preserve">- </w:t>
            </w:r>
            <w:r w:rsidRPr="00D02DDB">
              <w:rPr>
                <w:rFonts w:eastAsia="Arial" w:cs="Times New Roman"/>
                <w:color w:val="10212F"/>
              </w:rPr>
              <w:t>элемент.</w:t>
            </w:r>
          </w:p>
        </w:tc>
        <w:tc>
          <w:tcPr>
            <w:tcW w:w="5341" w:type="dxa"/>
          </w:tcPr>
          <w:p w14:paraId="78BD8C6F" w14:textId="016173B0" w:rsidR="00465B35" w:rsidRPr="00D02DDB" w:rsidRDefault="00465B35" w:rsidP="00465B35">
            <w:pPr>
              <w:spacing w:after="0"/>
              <w:rPr>
                <w:rFonts w:cs="Times New Roman"/>
                <w:lang w:val="ru-RU"/>
              </w:rPr>
            </w:pPr>
            <w:hyperlink r:id="rId43" w:history="1">
              <w:r w:rsidRPr="00D02DDB">
                <w:rPr>
                  <w:rStyle w:val="aff8"/>
                  <w:rFonts w:cs="Times New Roman"/>
                </w:rPr>
                <w:t>https://kspkuban.ru/?cat=11</w:t>
              </w:r>
            </w:hyperlink>
          </w:p>
        </w:tc>
      </w:tr>
    </w:tbl>
    <w:p w14:paraId="5C065AAD" w14:textId="77777777" w:rsidR="00465B35" w:rsidRPr="00D02DDB" w:rsidRDefault="00465B35" w:rsidP="00465B35">
      <w:pPr>
        <w:spacing w:after="0"/>
        <w:rPr>
          <w:rFonts w:cs="Times New Roman"/>
          <w:lang w:val="ru-RU"/>
        </w:rPr>
      </w:pPr>
    </w:p>
    <w:p w14:paraId="5D92C4ED" w14:textId="77777777" w:rsidR="006A4C8F" w:rsidRPr="00D02DDB" w:rsidRDefault="00000000">
      <w:pPr>
        <w:pStyle w:val="21"/>
        <w:rPr>
          <w:rFonts w:ascii="Times New Roman" w:hAnsi="Times New Roman" w:cs="Times New Roman"/>
          <w:szCs w:val="22"/>
        </w:rPr>
      </w:pPr>
      <w:r w:rsidRPr="00D02DDB">
        <w:rPr>
          <w:rFonts w:ascii="Times New Roman" w:hAnsi="Times New Roman" w:cs="Times New Roman"/>
          <w:szCs w:val="22"/>
        </w:rPr>
        <w:t>Разделы и подразделы</w:t>
      </w:r>
    </w:p>
    <w:p w14:paraId="62998F2A" w14:textId="446E038A" w:rsidR="006A4C8F" w:rsidRPr="00D02DDB" w:rsidRDefault="00000000">
      <w:pPr>
        <w:pStyle w:val="a0"/>
        <w:spacing w:after="20"/>
        <w:ind w:left="369" w:hanging="198"/>
        <w:rPr>
          <w:rFonts w:cs="Times New Roman"/>
        </w:rPr>
      </w:pPr>
      <w:r w:rsidRPr="00D02DDB">
        <w:rPr>
          <w:rFonts w:cs="Times New Roman"/>
        </w:rPr>
        <w:t xml:space="preserve">2023 </w:t>
      </w:r>
    </w:p>
    <w:p w14:paraId="38161AA5" w14:textId="4B8A9B60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Контрольные мероприятия </w:t>
      </w:r>
    </w:p>
    <w:p w14:paraId="4309045B" w14:textId="0ED0A516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Экспертно-аналитические мероприятия </w:t>
      </w:r>
    </w:p>
    <w:p w14:paraId="4BF8FDC9" w14:textId="0ED5437C" w:rsidR="006A4C8F" w:rsidRPr="00D02DDB" w:rsidRDefault="00000000">
      <w:pPr>
        <w:pStyle w:val="a0"/>
        <w:spacing w:after="20"/>
        <w:ind w:left="369" w:hanging="198"/>
        <w:rPr>
          <w:rFonts w:cs="Times New Roman"/>
        </w:rPr>
      </w:pPr>
      <w:r w:rsidRPr="00D02DDB">
        <w:rPr>
          <w:rFonts w:cs="Times New Roman"/>
        </w:rPr>
        <w:t xml:space="preserve">2024 </w:t>
      </w:r>
    </w:p>
    <w:p w14:paraId="2A2CE2FC" w14:textId="25EF4CB8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Контрольные мероприятия </w:t>
      </w:r>
    </w:p>
    <w:p w14:paraId="170CA4A8" w14:textId="1FE57C41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Экспертно-аналитические мероприятия </w:t>
      </w:r>
    </w:p>
    <w:p w14:paraId="5B1582F8" w14:textId="41DC9D9C" w:rsidR="006A4C8F" w:rsidRPr="00D02DDB" w:rsidRDefault="00000000">
      <w:pPr>
        <w:pStyle w:val="a0"/>
        <w:spacing w:after="20"/>
        <w:ind w:left="369" w:hanging="198"/>
        <w:rPr>
          <w:rFonts w:cs="Times New Roman"/>
        </w:rPr>
      </w:pPr>
      <w:r w:rsidRPr="00D02DDB">
        <w:rPr>
          <w:rFonts w:cs="Times New Roman"/>
        </w:rPr>
        <w:t xml:space="preserve">2025 </w:t>
      </w:r>
    </w:p>
    <w:p w14:paraId="634E37F0" w14:textId="2B7A1D69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Контрольные мероприятия </w:t>
      </w:r>
    </w:p>
    <w:p w14:paraId="4AC4D5D7" w14:textId="24C4C303" w:rsidR="006A4C8F" w:rsidRPr="00D02DDB" w:rsidRDefault="00000000">
      <w:pPr>
        <w:pStyle w:val="20"/>
        <w:spacing w:after="20"/>
        <w:ind w:left="737" w:hanging="198"/>
        <w:rPr>
          <w:rFonts w:cs="Times New Roman"/>
        </w:rPr>
      </w:pPr>
      <w:r w:rsidRPr="00D02DDB">
        <w:rPr>
          <w:rFonts w:cs="Times New Roman"/>
        </w:rPr>
        <w:t xml:space="preserve">Экспертно-аналитические мероприятия </w:t>
      </w:r>
    </w:p>
    <w:p w14:paraId="151D8C45" w14:textId="77777777" w:rsidR="00704A93" w:rsidRPr="00D02DDB" w:rsidRDefault="00704A93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</w:p>
    <w:p w14:paraId="5B78C78D" w14:textId="7559E7C6" w:rsidR="006A4C8F" w:rsidRPr="00960E46" w:rsidRDefault="00000000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960E46">
        <w:rPr>
          <w:rFonts w:ascii="Times New Roman" w:hAnsi="Times New Roman" w:cs="Times New Roman"/>
          <w:szCs w:val="24"/>
          <w:lang w:val="ru-RU"/>
        </w:rPr>
        <w:t>ИНФОБЛОК «ДЕЯТЕЛЬНОСТЬ»</w:t>
      </w:r>
    </w:p>
    <w:p w14:paraId="4D8DB90B" w14:textId="04F92E05" w:rsidR="006A4C8F" w:rsidRPr="00D02DDB" w:rsidRDefault="00000000" w:rsidP="003958B8">
      <w:pPr>
        <w:spacing w:after="60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>Используется на страницах раздела «Деятельность» и для архива контрольных и экспертно-аналитических мероприятий.</w:t>
      </w:r>
    </w:p>
    <w:tbl>
      <w:tblPr>
        <w:tblW w:w="11170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304"/>
        <w:gridCol w:w="567"/>
        <w:gridCol w:w="567"/>
        <w:gridCol w:w="2706"/>
        <w:gridCol w:w="1984"/>
        <w:gridCol w:w="2171"/>
      </w:tblGrid>
      <w:tr w:rsidR="00704A93" w:rsidRPr="00D02DDB" w14:paraId="7290AECC" w14:textId="541BA52C" w:rsidTr="00704A93">
        <w:trPr>
          <w:tblHeader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5100C338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Название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14:paraId="254E2E96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Тип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35DF1E8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Обяз.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6161AB7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Множ.</w:t>
            </w:r>
          </w:p>
        </w:tc>
        <w:tc>
          <w:tcPr>
            <w:tcW w:w="2706" w:type="dxa"/>
            <w:shd w:val="clear" w:color="auto" w:fill="D9D9D9" w:themeFill="background1" w:themeFillShade="D9"/>
            <w:vAlign w:val="center"/>
          </w:tcPr>
          <w:p w14:paraId="190B9242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Примечание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BF6B528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Символьный код</w:t>
            </w:r>
          </w:p>
        </w:tc>
        <w:tc>
          <w:tcPr>
            <w:tcW w:w="2171" w:type="dxa"/>
            <w:shd w:val="clear" w:color="auto" w:fill="D9D9D9" w:themeFill="background1" w:themeFillShade="D9"/>
          </w:tcPr>
          <w:p w14:paraId="439C7CAD" w14:textId="788B5160" w:rsidR="00704A93" w:rsidRPr="00D02DDB" w:rsidRDefault="00704A93">
            <w:pPr>
              <w:spacing w:after="0"/>
              <w:rPr>
                <w:rFonts w:cs="Times New Roman"/>
                <w:b/>
                <w:color w:val="000000"/>
              </w:rPr>
            </w:pPr>
            <w:r w:rsidRPr="00D02DDB">
              <w:rPr>
                <w:rFonts w:cs="Times New Roman"/>
                <w:b/>
                <w:color w:val="000000"/>
                <w:lang w:val="ru-RU"/>
              </w:rPr>
              <w:t>Откуда переносить</w:t>
            </w:r>
          </w:p>
        </w:tc>
      </w:tr>
      <w:tr w:rsidR="00704A93" w:rsidRPr="00D02DDB" w14:paraId="649F4644" w14:textId="6567D4B5" w:rsidTr="00704A93">
        <w:trPr>
          <w:cantSplit/>
          <w:jc w:val="center"/>
        </w:trPr>
        <w:tc>
          <w:tcPr>
            <w:tcW w:w="1871" w:type="dxa"/>
            <w:vAlign w:val="center"/>
          </w:tcPr>
          <w:p w14:paraId="338EBE46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Название</w:t>
            </w:r>
          </w:p>
        </w:tc>
        <w:tc>
          <w:tcPr>
            <w:tcW w:w="1304" w:type="dxa"/>
            <w:vAlign w:val="center"/>
          </w:tcPr>
          <w:p w14:paraId="06264825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567" w:type="dxa"/>
            <w:vAlign w:val="center"/>
          </w:tcPr>
          <w:p w14:paraId="05AA5636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567" w:type="dxa"/>
            <w:vAlign w:val="center"/>
          </w:tcPr>
          <w:p w14:paraId="72BA13E1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706" w:type="dxa"/>
            <w:vAlign w:val="center"/>
          </w:tcPr>
          <w:p w14:paraId="67999CC4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Название мероприятия</w:t>
            </w:r>
          </w:p>
        </w:tc>
        <w:tc>
          <w:tcPr>
            <w:tcW w:w="1984" w:type="dxa"/>
            <w:vAlign w:val="center"/>
          </w:tcPr>
          <w:p w14:paraId="0B1FF8FA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71" w:type="dxa"/>
            <w:shd w:val="clear" w:color="auto" w:fill="D9D9D9" w:themeFill="background1" w:themeFillShade="D9"/>
          </w:tcPr>
          <w:p w14:paraId="5B58181E" w14:textId="77372348" w:rsidR="00704A93" w:rsidRPr="00D02DDB" w:rsidRDefault="00704A93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eastAsia="Arial" w:cs="Times New Roman"/>
                <w:color w:val="10212F"/>
              </w:rPr>
              <w:t xml:space="preserve">Заголовок 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>мероприятия</w:t>
            </w:r>
          </w:p>
        </w:tc>
      </w:tr>
      <w:tr w:rsidR="00704A93" w:rsidRPr="00D02DDB" w14:paraId="1CB4DE91" w14:textId="5DA2141C" w:rsidTr="00704A93">
        <w:trPr>
          <w:cantSplit/>
          <w:jc w:val="center"/>
        </w:trPr>
        <w:tc>
          <w:tcPr>
            <w:tcW w:w="1871" w:type="dxa"/>
            <w:vAlign w:val="center"/>
          </w:tcPr>
          <w:p w14:paraId="4D57886D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Описание анонса</w:t>
            </w:r>
          </w:p>
        </w:tc>
        <w:tc>
          <w:tcPr>
            <w:tcW w:w="1304" w:type="dxa"/>
            <w:vAlign w:val="center"/>
          </w:tcPr>
          <w:p w14:paraId="3219A2C1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567" w:type="dxa"/>
            <w:vAlign w:val="center"/>
          </w:tcPr>
          <w:p w14:paraId="1C8581D5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567" w:type="dxa"/>
            <w:vAlign w:val="center"/>
          </w:tcPr>
          <w:p w14:paraId="48D2994D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706" w:type="dxa"/>
            <w:vAlign w:val="center"/>
          </w:tcPr>
          <w:p w14:paraId="524FFF68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Краткое описание</w:t>
            </w:r>
          </w:p>
        </w:tc>
        <w:tc>
          <w:tcPr>
            <w:tcW w:w="1984" w:type="dxa"/>
            <w:vAlign w:val="center"/>
          </w:tcPr>
          <w:p w14:paraId="620609DA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71" w:type="dxa"/>
            <w:shd w:val="clear" w:color="auto" w:fill="D9D9D9" w:themeFill="background1" w:themeFillShade="D9"/>
          </w:tcPr>
          <w:p w14:paraId="2DEA4E84" w14:textId="56292A2F" w:rsidR="00704A93" w:rsidRPr="00D02DDB" w:rsidRDefault="00704A93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Первый абзац текста</w:t>
            </w:r>
          </w:p>
        </w:tc>
      </w:tr>
      <w:tr w:rsidR="00704A93" w:rsidRPr="00D02DDB" w14:paraId="4B64B314" w14:textId="10D2D75A" w:rsidTr="00704A93">
        <w:trPr>
          <w:cantSplit/>
          <w:jc w:val="center"/>
        </w:trPr>
        <w:tc>
          <w:tcPr>
            <w:tcW w:w="1871" w:type="dxa"/>
            <w:vAlign w:val="center"/>
          </w:tcPr>
          <w:p w14:paraId="61CB2981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Детальное описание</w:t>
            </w:r>
          </w:p>
        </w:tc>
        <w:tc>
          <w:tcPr>
            <w:tcW w:w="1304" w:type="dxa"/>
            <w:vAlign w:val="center"/>
          </w:tcPr>
          <w:p w14:paraId="4A0428FB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567" w:type="dxa"/>
            <w:vAlign w:val="center"/>
          </w:tcPr>
          <w:p w14:paraId="1CA50D56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567" w:type="dxa"/>
            <w:vAlign w:val="center"/>
          </w:tcPr>
          <w:p w14:paraId="02FD6228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706" w:type="dxa"/>
            <w:vAlign w:val="center"/>
          </w:tcPr>
          <w:p w14:paraId="4DAB37B3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Полный текст мероприятия</w:t>
            </w:r>
          </w:p>
        </w:tc>
        <w:tc>
          <w:tcPr>
            <w:tcW w:w="1984" w:type="dxa"/>
            <w:vAlign w:val="center"/>
          </w:tcPr>
          <w:p w14:paraId="3C84BD73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2171" w:type="dxa"/>
            <w:shd w:val="clear" w:color="auto" w:fill="D9D9D9" w:themeFill="background1" w:themeFillShade="D9"/>
          </w:tcPr>
          <w:p w14:paraId="039C506C" w14:textId="63F3141B" w:rsidR="00704A93" w:rsidRPr="00D02DDB" w:rsidRDefault="00704A93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 xml:space="preserve">Текст 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>мероприятия</w:t>
            </w:r>
          </w:p>
        </w:tc>
      </w:tr>
      <w:tr w:rsidR="00704A93" w:rsidRPr="00D02DDB" w14:paraId="1C396395" w14:textId="1EC5DF9B" w:rsidTr="00704A93">
        <w:trPr>
          <w:cantSplit/>
          <w:jc w:val="center"/>
        </w:trPr>
        <w:tc>
          <w:tcPr>
            <w:tcW w:w="1871" w:type="dxa"/>
            <w:vAlign w:val="center"/>
          </w:tcPr>
          <w:p w14:paraId="7136D8FC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Дата мероприятия</w:t>
            </w:r>
          </w:p>
        </w:tc>
        <w:tc>
          <w:tcPr>
            <w:tcW w:w="1304" w:type="dxa"/>
            <w:vAlign w:val="center"/>
          </w:tcPr>
          <w:p w14:paraId="602F29C4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Дата</w:t>
            </w:r>
          </w:p>
        </w:tc>
        <w:tc>
          <w:tcPr>
            <w:tcW w:w="567" w:type="dxa"/>
            <w:vAlign w:val="center"/>
          </w:tcPr>
          <w:p w14:paraId="0C62258A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567" w:type="dxa"/>
            <w:vAlign w:val="center"/>
          </w:tcPr>
          <w:p w14:paraId="2C46D0BD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2706" w:type="dxa"/>
            <w:vAlign w:val="center"/>
          </w:tcPr>
          <w:p w14:paraId="33C29F94" w14:textId="77777777" w:rsidR="00704A93" w:rsidRPr="00D02DDB" w:rsidRDefault="00704A93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Используется для фильтрации по годам</w:t>
            </w:r>
          </w:p>
        </w:tc>
        <w:tc>
          <w:tcPr>
            <w:tcW w:w="1984" w:type="dxa"/>
            <w:vAlign w:val="center"/>
          </w:tcPr>
          <w:p w14:paraId="4C70BE17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EVENT_DATE</w:t>
            </w:r>
          </w:p>
        </w:tc>
        <w:tc>
          <w:tcPr>
            <w:tcW w:w="2171" w:type="dxa"/>
            <w:shd w:val="clear" w:color="auto" w:fill="D9D9D9" w:themeFill="background1" w:themeFillShade="D9"/>
          </w:tcPr>
          <w:p w14:paraId="282002C5" w14:textId="6879CD6D" w:rsidR="00704A93" w:rsidRPr="00D02DDB" w:rsidRDefault="00704A93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 xml:space="preserve">Дата публикации </w:t>
            </w:r>
          </w:p>
        </w:tc>
      </w:tr>
      <w:tr w:rsidR="00704A93" w:rsidRPr="00D02DDB" w14:paraId="7C360FAA" w14:textId="6F1701A7" w:rsidTr="00704A93">
        <w:trPr>
          <w:cantSplit/>
          <w:jc w:val="center"/>
        </w:trPr>
        <w:tc>
          <w:tcPr>
            <w:tcW w:w="1871" w:type="dxa"/>
            <w:vAlign w:val="center"/>
          </w:tcPr>
          <w:p w14:paraId="60ADFBD5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Член коллегии</w:t>
            </w:r>
          </w:p>
        </w:tc>
        <w:tc>
          <w:tcPr>
            <w:tcW w:w="1304" w:type="dxa"/>
            <w:vAlign w:val="center"/>
          </w:tcPr>
          <w:p w14:paraId="0DA2F6C5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Привязка к элементам</w:t>
            </w:r>
          </w:p>
        </w:tc>
        <w:tc>
          <w:tcPr>
            <w:tcW w:w="567" w:type="dxa"/>
            <w:vAlign w:val="center"/>
          </w:tcPr>
          <w:p w14:paraId="3FE1959E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567" w:type="dxa"/>
            <w:vAlign w:val="center"/>
          </w:tcPr>
          <w:p w14:paraId="4C35B520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2706" w:type="dxa"/>
            <w:vAlign w:val="center"/>
          </w:tcPr>
          <w:p w14:paraId="43726797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Связь с инфоблоком «Коллегия»</w:t>
            </w:r>
          </w:p>
        </w:tc>
        <w:tc>
          <w:tcPr>
            <w:tcW w:w="1984" w:type="dxa"/>
            <w:vAlign w:val="center"/>
          </w:tcPr>
          <w:p w14:paraId="16FCD2F7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COLLEGIUM</w:t>
            </w:r>
          </w:p>
        </w:tc>
        <w:tc>
          <w:tcPr>
            <w:tcW w:w="2171" w:type="dxa"/>
            <w:shd w:val="clear" w:color="auto" w:fill="D9D9D9" w:themeFill="background1" w:themeFillShade="D9"/>
          </w:tcPr>
          <w:p w14:paraId="60A74573" w14:textId="3C930607" w:rsidR="00704A93" w:rsidRPr="00D02DDB" w:rsidRDefault="00704A93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Новое поле для привязки сотрудника к новости/мероприятию</w:t>
            </w:r>
          </w:p>
        </w:tc>
      </w:tr>
      <w:tr w:rsidR="00704A93" w:rsidRPr="00D02DDB" w14:paraId="19BBACB6" w14:textId="0C202845" w:rsidTr="00704A93">
        <w:trPr>
          <w:cantSplit/>
          <w:jc w:val="center"/>
        </w:trPr>
        <w:tc>
          <w:tcPr>
            <w:tcW w:w="1871" w:type="dxa"/>
            <w:vAlign w:val="center"/>
          </w:tcPr>
          <w:p w14:paraId="4103E6F7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Длинное название</w:t>
            </w:r>
          </w:p>
        </w:tc>
        <w:tc>
          <w:tcPr>
            <w:tcW w:w="1304" w:type="dxa"/>
            <w:vAlign w:val="center"/>
          </w:tcPr>
          <w:p w14:paraId="4DC07576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HTML/текст</w:t>
            </w:r>
          </w:p>
        </w:tc>
        <w:tc>
          <w:tcPr>
            <w:tcW w:w="567" w:type="dxa"/>
            <w:vAlign w:val="center"/>
          </w:tcPr>
          <w:p w14:paraId="6B6700A3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567" w:type="dxa"/>
            <w:vAlign w:val="center"/>
          </w:tcPr>
          <w:p w14:paraId="69906612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2706" w:type="dxa"/>
            <w:vAlign w:val="center"/>
          </w:tcPr>
          <w:p w14:paraId="63A8C04A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Расширенное название</w:t>
            </w:r>
          </w:p>
        </w:tc>
        <w:tc>
          <w:tcPr>
            <w:tcW w:w="1984" w:type="dxa"/>
            <w:vAlign w:val="center"/>
          </w:tcPr>
          <w:p w14:paraId="5BE5CB78" w14:textId="77777777" w:rsidR="00704A93" w:rsidRPr="00D02DDB" w:rsidRDefault="00704A93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LONG_NAME</w:t>
            </w:r>
          </w:p>
        </w:tc>
        <w:tc>
          <w:tcPr>
            <w:tcW w:w="2171" w:type="dxa"/>
            <w:shd w:val="clear" w:color="auto" w:fill="D9D9D9" w:themeFill="background1" w:themeFillShade="D9"/>
          </w:tcPr>
          <w:p w14:paraId="48B58A3A" w14:textId="710FFA9A" w:rsidR="00704A93" w:rsidRPr="00D02DDB" w:rsidRDefault="00704A93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eastAsia="Arial" w:cs="Times New Roman"/>
                <w:color w:val="10212F"/>
              </w:rPr>
              <w:t xml:space="preserve">Заголовок 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>мероприятия полный</w:t>
            </w:r>
          </w:p>
        </w:tc>
      </w:tr>
    </w:tbl>
    <w:p w14:paraId="4FDD8E18" w14:textId="77777777" w:rsidR="006A4C8F" w:rsidRPr="00D02DDB" w:rsidRDefault="006A4C8F">
      <w:pPr>
        <w:spacing w:after="0"/>
        <w:rPr>
          <w:rFonts w:cs="Times New Roman"/>
          <w:lang w:val="ru-RU"/>
        </w:rPr>
      </w:pPr>
    </w:p>
    <w:tbl>
      <w:tblPr>
        <w:tblW w:w="1086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3"/>
        <w:gridCol w:w="6095"/>
      </w:tblGrid>
      <w:tr w:rsidR="003958B8" w:rsidRPr="00D02DDB" w14:paraId="57642D4F" w14:textId="77777777" w:rsidTr="003958B8"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0DA93E" w14:textId="39A4ED14" w:rsidR="003958B8" w:rsidRPr="00D02DDB" w:rsidRDefault="003958B8" w:rsidP="003958B8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r w:rsidRPr="00D02DDB">
              <w:rPr>
                <w:rFonts w:cs="Times New Roman"/>
                <w:b/>
                <w:bCs/>
                <w:lang w:val="ru-RU"/>
              </w:rPr>
              <w:t xml:space="preserve">Подразделы </w:t>
            </w:r>
            <w:r w:rsidR="00960E46">
              <w:rPr>
                <w:rFonts w:cs="Times New Roman"/>
                <w:b/>
                <w:bCs/>
                <w:lang w:val="ru-RU"/>
              </w:rPr>
              <w:t xml:space="preserve">разделов </w:t>
            </w:r>
            <w:r w:rsidRPr="00D02DDB">
              <w:rPr>
                <w:rFonts w:cs="Times New Roman"/>
                <w:b/>
                <w:bCs/>
                <w:lang w:val="ru-RU"/>
              </w:rPr>
              <w:t>инфоблок</w:t>
            </w:r>
            <w:r w:rsidR="00960E46">
              <w:rPr>
                <w:rFonts w:cs="Times New Roman"/>
                <w:b/>
                <w:bCs/>
                <w:lang w:val="ru-RU"/>
              </w:rPr>
              <w:t>а</w:t>
            </w:r>
            <w:r w:rsidRPr="00D02DDB">
              <w:rPr>
                <w:rFonts w:cs="Times New Roman"/>
                <w:b/>
                <w:bCs/>
                <w:lang w:val="ru-RU"/>
              </w:rPr>
              <w:t xml:space="preserve"> «Деятельность»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228564" w14:textId="1901519E" w:rsidR="003958B8" w:rsidRPr="00D02DDB" w:rsidRDefault="003958B8" w:rsidP="003958B8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r w:rsidRPr="00D02DDB">
              <w:rPr>
                <w:rFonts w:cs="Times New Roman"/>
                <w:b/>
                <w:bCs/>
                <w:lang w:val="ru-RU"/>
              </w:rPr>
              <w:t>Старый сайт</w:t>
            </w:r>
          </w:p>
        </w:tc>
      </w:tr>
      <w:tr w:rsidR="003958B8" w:rsidRPr="00D02DDB" w14:paraId="41BAC8BE" w14:textId="77777777" w:rsidTr="003958B8"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59F417" w14:textId="5C4BF390" w:rsidR="003958B8" w:rsidRPr="00D02DDB" w:rsidRDefault="003958B8" w:rsidP="00B470AA">
            <w:pPr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Информация о проведенных контрольных мероприятиях, выявленных нарушениях, о вынесенных представлениях и предписаниях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11DF92" w14:textId="1086F7FF" w:rsidR="003958B8" w:rsidRPr="00D02DDB" w:rsidRDefault="003958B8" w:rsidP="00B470AA">
            <w:pPr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Контрольные мероприятия</w:t>
            </w:r>
            <w:r w:rsidR="002B2D20" w:rsidRPr="00D02DDB">
              <w:rPr>
                <w:rFonts w:cs="Times New Roman"/>
                <w:lang w:val="ru-RU"/>
              </w:rPr>
              <w:t>, в</w:t>
            </w:r>
            <w:r w:rsidR="002B2D20" w:rsidRPr="00D02DDB">
              <w:rPr>
                <w:rFonts w:eastAsia="Arial" w:cs="Times New Roman"/>
                <w:color w:val="10212F"/>
                <w:lang w:val="ru-RU"/>
              </w:rPr>
              <w:t>с</w:t>
            </w:r>
            <w:r w:rsidR="002B2D20" w:rsidRPr="00D02DDB">
              <w:rPr>
                <w:rFonts w:eastAsia="Arial" w:cs="Times New Roman"/>
                <w:color w:val="10212F"/>
                <w:lang w:val="ru-RU"/>
              </w:rPr>
              <w:t>е</w:t>
            </w:r>
            <w:r w:rsidR="002B2D20" w:rsidRPr="00D02DDB">
              <w:rPr>
                <w:rFonts w:eastAsia="Arial" w:cs="Times New Roman"/>
                <w:color w:val="10212F"/>
                <w:lang w:val="ru-RU"/>
              </w:rPr>
              <w:t xml:space="preserve">, кроме </w:t>
            </w:r>
            <w:r w:rsidR="002B2D20" w:rsidRPr="00D02DDB">
              <w:rPr>
                <w:rFonts w:eastAsia="Arial" w:cs="Times New Roman"/>
                <w:color w:val="10212F"/>
                <w:lang w:val="ru-RU"/>
              </w:rPr>
              <w:t>мероприятий в названии которых</w:t>
            </w:r>
            <w:r w:rsidR="002B2D20" w:rsidRPr="00D02DDB">
              <w:rPr>
                <w:rFonts w:eastAsia="Arial" w:cs="Times New Roman"/>
                <w:color w:val="10212F"/>
                <w:lang w:val="ru-RU"/>
              </w:rPr>
              <w:t xml:space="preserve"> «о принятых решениях и мерах» </w:t>
            </w:r>
            <w:r w:rsidRPr="00D02DDB">
              <w:rPr>
                <w:rFonts w:cs="Times New Roman"/>
                <w:lang w:val="ru-RU"/>
              </w:rPr>
              <w:t xml:space="preserve"> </w:t>
            </w:r>
            <w:hyperlink r:id="rId44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</w:t>
              </w:r>
              <w:r w:rsidRPr="00D02DDB">
                <w:rPr>
                  <w:rStyle w:val="aff8"/>
                  <w:rFonts w:cs="Times New Roman"/>
                </w:rPr>
                <w:t>s</w:t>
              </w:r>
              <w:r w:rsidRPr="00D02DDB">
                <w:rPr>
                  <w:rStyle w:val="aff8"/>
                  <w:rFonts w:cs="Times New Roman"/>
                </w:rPr>
                <w:t>p</w:t>
              </w:r>
              <w:r w:rsidRPr="00D02DDB">
                <w:rPr>
                  <w:rStyle w:val="aff8"/>
                  <w:rFonts w:cs="Times New Roman"/>
                </w:rPr>
                <w:t>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cat</w:t>
              </w:r>
              <w:r w:rsidRPr="00D02DDB">
                <w:rPr>
                  <w:rStyle w:val="aff8"/>
                  <w:rFonts w:cs="Times New Roman"/>
                  <w:lang w:val="ru-RU"/>
                </w:rPr>
                <w:t>=13</w:t>
              </w:r>
            </w:hyperlink>
            <w:r w:rsidRPr="00D02DDB">
              <w:rPr>
                <w:rFonts w:cs="Times New Roman"/>
                <w:lang w:val="ru-RU"/>
              </w:rPr>
              <w:t xml:space="preserve">  </w:t>
            </w:r>
          </w:p>
        </w:tc>
      </w:tr>
      <w:tr w:rsidR="003958B8" w:rsidRPr="00D02DDB" w14:paraId="0C88DFBE" w14:textId="77777777" w:rsidTr="003958B8"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B3FFA9" w14:textId="68CBB9B8" w:rsidR="003958B8" w:rsidRPr="00D02DDB" w:rsidRDefault="003958B8" w:rsidP="00B470AA">
            <w:pPr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Информация о принятых по внесенным представлениям и предписаниям решениях и мерах, по итогам проведенных контрольных мероприятий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E8D6E4" w14:textId="04DB6965" w:rsidR="003958B8" w:rsidRPr="00D02DDB" w:rsidRDefault="002B2D20" w:rsidP="003958B8">
            <w:pPr>
              <w:tabs>
                <w:tab w:val="left" w:pos="2022"/>
              </w:tabs>
              <w:rPr>
                <w:rFonts w:cs="Times New Roman"/>
                <w:lang w:val="ru-RU"/>
              </w:rPr>
            </w:pPr>
            <w:hyperlink r:id="rId45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cat</w:t>
              </w:r>
              <w:r w:rsidRPr="00D02DDB">
                <w:rPr>
                  <w:rStyle w:val="aff8"/>
                  <w:rFonts w:cs="Times New Roman"/>
                  <w:lang w:val="ru-RU"/>
                </w:rPr>
                <w:t>=13</w:t>
              </w:r>
            </w:hyperlink>
            <w:r w:rsidRPr="00D02DDB">
              <w:rPr>
                <w:rFonts w:cs="Times New Roman"/>
                <w:lang w:val="ru-RU"/>
              </w:rPr>
              <w:t xml:space="preserve">  </w:t>
            </w:r>
            <w:r w:rsidR="00960E46" w:rsidRPr="00D02DDB">
              <w:rPr>
                <w:rFonts w:cs="Times New Roman"/>
                <w:lang w:val="ru-RU"/>
              </w:rPr>
              <w:t xml:space="preserve">Контрольные 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>мероприятия</w:t>
            </w:r>
            <w:r w:rsidR="00D02DDB">
              <w:rPr>
                <w:rFonts w:eastAsia="Arial" w:cs="Times New Roman"/>
                <w:color w:val="10212F"/>
                <w:lang w:val="ru-RU"/>
              </w:rPr>
              <w:t>,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 xml:space="preserve"> </w:t>
            </w:r>
            <w:r w:rsidR="00D02DDB" w:rsidRPr="00D02DDB">
              <w:rPr>
                <w:rFonts w:eastAsia="Arial" w:cs="Times New Roman"/>
                <w:color w:val="10212F"/>
                <w:lang w:val="ru-RU"/>
              </w:rPr>
              <w:t>в названии которых</w:t>
            </w:r>
            <w:r w:rsidR="00D02DDB">
              <w:rPr>
                <w:rFonts w:eastAsia="Arial" w:cs="Times New Roman"/>
                <w:color w:val="10212F"/>
                <w:lang w:val="ru-RU"/>
              </w:rPr>
              <w:t xml:space="preserve"> </w:t>
            </w:r>
            <w:r w:rsidR="00960E46">
              <w:rPr>
                <w:rFonts w:eastAsia="Arial" w:cs="Times New Roman"/>
                <w:color w:val="10212F"/>
                <w:lang w:val="ru-RU"/>
              </w:rPr>
              <w:t xml:space="preserve">содержится 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>«Информация о принятых решениях и мерах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>»</w:t>
            </w:r>
          </w:p>
        </w:tc>
      </w:tr>
      <w:tr w:rsidR="003958B8" w:rsidRPr="00D02DDB" w14:paraId="63C60061" w14:textId="77777777" w:rsidTr="003958B8"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FC39B0" w14:textId="6AA0C2F3" w:rsidR="003958B8" w:rsidRPr="00D02DDB" w:rsidRDefault="003958B8" w:rsidP="00B470AA">
            <w:pPr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Информация о проведенных экспертно-аналитических мероприятиях, выявленных нарушениях, о внесенных представлениях и предписаниях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40C4AE" w14:textId="7051C93F" w:rsidR="003958B8" w:rsidRPr="00D02DDB" w:rsidRDefault="003958B8" w:rsidP="00B470AA">
            <w:pPr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Экспертно-аналитические мероприятия</w:t>
            </w:r>
            <w:r w:rsidR="002B2D20" w:rsidRPr="00D02DDB">
              <w:rPr>
                <w:rFonts w:cs="Times New Roman"/>
                <w:lang w:val="ru-RU"/>
              </w:rPr>
              <w:t xml:space="preserve">, </w:t>
            </w:r>
            <w:r w:rsidR="002B2D20" w:rsidRPr="00D02DDB">
              <w:rPr>
                <w:rFonts w:cs="Times New Roman"/>
                <w:lang w:val="ru-RU"/>
              </w:rPr>
              <w:t>в</w:t>
            </w:r>
            <w:r w:rsidR="002B2D20" w:rsidRPr="00D02DDB">
              <w:rPr>
                <w:rFonts w:eastAsia="Arial" w:cs="Times New Roman"/>
                <w:color w:val="10212F"/>
                <w:lang w:val="ru-RU"/>
              </w:rPr>
              <w:t xml:space="preserve">се, кроме мероприятий в названии которых </w:t>
            </w:r>
            <w:r w:rsidR="00960E46">
              <w:rPr>
                <w:rFonts w:eastAsia="Arial" w:cs="Times New Roman"/>
                <w:color w:val="10212F"/>
                <w:lang w:val="ru-RU"/>
              </w:rPr>
              <w:t xml:space="preserve">содержится </w:t>
            </w:r>
            <w:r w:rsidR="002B2D20" w:rsidRPr="00D02DDB">
              <w:rPr>
                <w:rFonts w:eastAsia="Arial" w:cs="Times New Roman"/>
                <w:color w:val="10212F"/>
                <w:lang w:val="ru-RU"/>
              </w:rPr>
              <w:t>«о принятых решениях и мерах»</w:t>
            </w:r>
            <w:r w:rsidR="002B2D20" w:rsidRPr="00D02DDB">
              <w:rPr>
                <w:rFonts w:eastAsia="Arial" w:cs="Times New Roman"/>
                <w:color w:val="10212F"/>
                <w:lang w:val="ru-RU"/>
              </w:rPr>
              <w:t xml:space="preserve"> </w:t>
            </w:r>
            <w:hyperlink r:id="rId46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</w:t>
              </w:r>
              <w:r w:rsidRPr="00D02DDB">
                <w:rPr>
                  <w:rStyle w:val="aff8"/>
                  <w:rFonts w:cs="Times New Roman"/>
                </w:rPr>
                <w:t>a</w:t>
              </w:r>
              <w:r w:rsidRPr="00D02DDB">
                <w:rPr>
                  <w:rStyle w:val="aff8"/>
                  <w:rFonts w:cs="Times New Roman"/>
                </w:rPr>
                <w:t>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cat</w:t>
              </w:r>
              <w:r w:rsidRPr="00D02DDB">
                <w:rPr>
                  <w:rStyle w:val="aff8"/>
                  <w:rFonts w:cs="Times New Roman"/>
                  <w:lang w:val="ru-RU"/>
                </w:rPr>
                <w:t>=174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</w:tc>
      </w:tr>
      <w:tr w:rsidR="003958B8" w:rsidRPr="00D02DDB" w14:paraId="31BA26D5" w14:textId="77777777" w:rsidTr="003958B8"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979C8" w14:textId="3463CED4" w:rsidR="003958B8" w:rsidRPr="00D02DDB" w:rsidRDefault="003958B8" w:rsidP="00B470AA">
            <w:pPr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Информация о принятых по внесенным представлениям и предписаниям решениях и мерах, по итогам проведенных экспертно-аналитических мероприятий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92B86D" w14:textId="590DC181" w:rsidR="003958B8" w:rsidRPr="00D02DDB" w:rsidRDefault="00960E46" w:rsidP="00B470AA">
            <w:pPr>
              <w:rPr>
                <w:rFonts w:cs="Times New Roman"/>
                <w:lang w:val="ru-RU"/>
              </w:rPr>
            </w:pPr>
            <w:hyperlink r:id="rId47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cat</w:t>
              </w:r>
              <w:r w:rsidRPr="00D02DDB">
                <w:rPr>
                  <w:rStyle w:val="aff8"/>
                  <w:rFonts w:cs="Times New Roman"/>
                  <w:lang w:val="ru-RU"/>
                </w:rPr>
                <w:t>=174</w:t>
              </w:r>
            </w:hyperlink>
            <w:r w:rsidRPr="00D02DDB">
              <w:rPr>
                <w:rFonts w:cs="Times New Roman"/>
                <w:lang w:val="ru-RU"/>
              </w:rPr>
              <w:t xml:space="preserve"> Экспертно-аналитические мероприятия</w:t>
            </w:r>
            <w:r>
              <w:rPr>
                <w:rFonts w:eastAsia="Arial" w:cs="Times New Roman"/>
                <w:color w:val="10212F"/>
                <w:lang w:val="ru-RU"/>
              </w:rPr>
              <w:t>,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 xml:space="preserve"> в названии которых</w:t>
            </w:r>
            <w:r>
              <w:rPr>
                <w:rFonts w:eastAsia="Arial" w:cs="Times New Roman"/>
                <w:color w:val="10212F"/>
                <w:lang w:val="ru-RU"/>
              </w:rPr>
              <w:t xml:space="preserve"> содержится </w:t>
            </w:r>
            <w:r w:rsidRPr="00D02DDB">
              <w:rPr>
                <w:rFonts w:eastAsia="Arial" w:cs="Times New Roman"/>
                <w:color w:val="10212F"/>
                <w:lang w:val="ru-RU"/>
              </w:rPr>
              <w:t>«Информация о принятых решениях и мерах»</w:t>
            </w:r>
          </w:p>
        </w:tc>
      </w:tr>
      <w:tr w:rsidR="00EC4DC3" w:rsidRPr="00D02DDB" w14:paraId="0F51A598" w14:textId="77777777" w:rsidTr="003958B8"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8DF6D4" w14:textId="316C08DA" w:rsidR="00EC4DC3" w:rsidRPr="00D02DDB" w:rsidRDefault="00EC4DC3" w:rsidP="00B470AA">
            <w:pPr>
              <w:rPr>
                <w:rFonts w:cs="Times New Roman"/>
                <w:lang w:val="ru-RU"/>
              </w:rPr>
            </w:pPr>
            <w:r w:rsidRPr="00EC4DC3">
              <w:rPr>
                <w:rFonts w:cs="Times New Roman"/>
                <w:lang w:val="ru-RU"/>
              </w:rPr>
              <w:t>Финансово-экономическая экспертиза проектов НПА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432791" w14:textId="3FF6EE94" w:rsidR="00EC4DC3" w:rsidRPr="00EC4DC3" w:rsidRDefault="00EC4DC3" w:rsidP="00B470AA">
            <w:pPr>
              <w:rPr>
                <w:rFonts w:cs="Times New Roman"/>
                <w:lang w:val="ru-RU"/>
              </w:rPr>
            </w:pPr>
            <w:hyperlink r:id="rId48" w:history="1">
              <w:r w:rsidRPr="00DA59D6">
                <w:rPr>
                  <w:rStyle w:val="aff8"/>
                  <w:rFonts w:cs="Times New Roman"/>
                  <w:lang w:val="ru-RU"/>
                </w:rPr>
                <w:t>https://kspkuban.ru/?cat=58</w:t>
              </w:r>
            </w:hyperlink>
            <w:r>
              <w:rPr>
                <w:rFonts w:cs="Times New Roman"/>
                <w:lang w:val="ru-RU"/>
              </w:rPr>
              <w:t xml:space="preserve"> </w:t>
            </w:r>
          </w:p>
        </w:tc>
      </w:tr>
    </w:tbl>
    <w:p w14:paraId="0AB1268B" w14:textId="24AF92EB" w:rsidR="003958B8" w:rsidRPr="00D02DDB" w:rsidRDefault="003958B8">
      <w:pPr>
        <w:spacing w:after="0"/>
        <w:rPr>
          <w:rFonts w:cs="Times New Roman"/>
          <w:lang w:val="ru-RU"/>
        </w:rPr>
      </w:pPr>
    </w:p>
    <w:p w14:paraId="01A10F9B" w14:textId="77777777" w:rsidR="006A4C8F" w:rsidRPr="00D02DDB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D02DDB">
        <w:rPr>
          <w:rFonts w:ascii="Times New Roman" w:hAnsi="Times New Roman" w:cs="Times New Roman"/>
          <w:szCs w:val="22"/>
          <w:lang w:val="ru-RU"/>
        </w:rPr>
        <w:t>Разделы и подразделы</w:t>
      </w:r>
    </w:p>
    <w:p w14:paraId="5E8F7FFD" w14:textId="4CB043FA" w:rsidR="00704A93" w:rsidRPr="00D02DDB" w:rsidRDefault="00000000" w:rsidP="003958B8">
      <w:pPr>
        <w:pStyle w:val="a0"/>
        <w:numPr>
          <w:ilvl w:val="0"/>
          <w:numId w:val="0"/>
        </w:numPr>
        <w:spacing w:after="20"/>
        <w:ind w:left="360" w:hanging="360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>Контрольные мероприятия</w:t>
      </w:r>
      <w:r w:rsidR="003958B8" w:rsidRPr="00D02DDB">
        <w:rPr>
          <w:rFonts w:cs="Times New Roman"/>
          <w:lang w:val="ru-RU"/>
        </w:rPr>
        <w:t>:</w:t>
      </w:r>
    </w:p>
    <w:p w14:paraId="2C21B9E0" w14:textId="422DEF71" w:rsidR="006A4C8F" w:rsidRPr="00D02DDB" w:rsidRDefault="00000000" w:rsidP="00704A93">
      <w:pPr>
        <w:pStyle w:val="a0"/>
        <w:spacing w:after="20"/>
        <w:ind w:left="737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Информация о принятых мерах по итогам проведенных контрольных мероприятий </w:t>
      </w:r>
    </w:p>
    <w:p w14:paraId="24E49CF5" w14:textId="2D40CE54" w:rsidR="006A4C8F" w:rsidRPr="00D02DDB" w:rsidRDefault="00000000">
      <w:pPr>
        <w:pStyle w:val="20"/>
        <w:spacing w:after="20"/>
        <w:ind w:left="737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Информация о проведенных контрольных мероприятиях </w:t>
      </w:r>
    </w:p>
    <w:p w14:paraId="71662546" w14:textId="35AAF0E2" w:rsidR="006A4C8F" w:rsidRPr="00D02DDB" w:rsidRDefault="00000000" w:rsidP="003958B8">
      <w:pPr>
        <w:pStyle w:val="a0"/>
        <w:numPr>
          <w:ilvl w:val="0"/>
          <w:numId w:val="0"/>
        </w:numPr>
        <w:spacing w:after="20"/>
        <w:ind w:left="360" w:hanging="360"/>
        <w:rPr>
          <w:rFonts w:cs="Times New Roman"/>
        </w:rPr>
      </w:pPr>
      <w:r w:rsidRPr="00D02DDB">
        <w:rPr>
          <w:rFonts w:cs="Times New Roman"/>
        </w:rPr>
        <w:t>Экспертно-аналитические мероприятия</w:t>
      </w:r>
      <w:r w:rsidR="003958B8" w:rsidRPr="00D02DDB">
        <w:rPr>
          <w:rFonts w:cs="Times New Roman"/>
          <w:lang w:val="ru-RU"/>
        </w:rPr>
        <w:t>:</w:t>
      </w:r>
      <w:r w:rsidRPr="00D02DDB">
        <w:rPr>
          <w:rFonts w:cs="Times New Roman"/>
        </w:rPr>
        <w:t xml:space="preserve"> </w:t>
      </w:r>
    </w:p>
    <w:p w14:paraId="76B0F4D0" w14:textId="33A99DB2" w:rsidR="006A4C8F" w:rsidRPr="00D02DDB" w:rsidRDefault="00000000">
      <w:pPr>
        <w:pStyle w:val="20"/>
        <w:spacing w:after="20"/>
        <w:ind w:left="737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Информация о принятых мерах по итогам проведенных экспертно-аналитических мероприятий </w:t>
      </w:r>
    </w:p>
    <w:p w14:paraId="53255EA1" w14:textId="740FBDE9" w:rsidR="00EC4DC3" w:rsidRPr="00EC4DC3" w:rsidRDefault="00000000" w:rsidP="00EC4DC3">
      <w:pPr>
        <w:pStyle w:val="20"/>
        <w:spacing w:after="20"/>
        <w:ind w:left="737" w:hanging="198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 xml:space="preserve">Информация о проведении экспертно-аналитических мероприятий </w:t>
      </w:r>
    </w:p>
    <w:p w14:paraId="75DF827F" w14:textId="1A9E2605" w:rsidR="00EC4DC3" w:rsidRPr="00D02DDB" w:rsidRDefault="00EC4DC3" w:rsidP="00EC4DC3">
      <w:pPr>
        <w:pStyle w:val="20"/>
        <w:numPr>
          <w:ilvl w:val="0"/>
          <w:numId w:val="0"/>
        </w:numPr>
        <w:spacing w:after="20"/>
        <w:rPr>
          <w:rFonts w:cs="Times New Roman"/>
          <w:lang w:val="ru-RU"/>
        </w:rPr>
      </w:pPr>
      <w:r w:rsidRPr="00EC4DC3">
        <w:rPr>
          <w:rFonts w:cs="Times New Roman"/>
          <w:lang w:val="ru-RU"/>
        </w:rPr>
        <w:t>Финансово-экономическая экспертиза проектов НПА</w:t>
      </w:r>
    </w:p>
    <w:p w14:paraId="76557C9E" w14:textId="77777777" w:rsidR="003958B8" w:rsidRPr="00D02DDB" w:rsidRDefault="003958B8">
      <w:pPr>
        <w:spacing w:after="0"/>
        <w:rPr>
          <w:rFonts w:cs="Times New Roman"/>
          <w:lang w:val="ru-RU"/>
        </w:rPr>
      </w:pPr>
    </w:p>
    <w:p w14:paraId="7025D944" w14:textId="77777777" w:rsidR="003958B8" w:rsidRPr="00EC4DC3" w:rsidRDefault="003958B8">
      <w:pPr>
        <w:spacing w:after="0"/>
        <w:rPr>
          <w:rFonts w:cs="Times New Roman"/>
          <w:lang w:val="ru-RU"/>
        </w:rPr>
      </w:pPr>
    </w:p>
    <w:p w14:paraId="52BC03F6" w14:textId="77777777" w:rsidR="006A4C8F" w:rsidRPr="00960E46" w:rsidRDefault="00000000">
      <w:pPr>
        <w:pStyle w:val="1"/>
        <w:rPr>
          <w:rFonts w:ascii="Times New Roman" w:hAnsi="Times New Roman" w:cs="Times New Roman"/>
          <w:szCs w:val="24"/>
          <w:lang w:val="ru-RU"/>
        </w:rPr>
      </w:pPr>
      <w:r w:rsidRPr="00960E46">
        <w:rPr>
          <w:rFonts w:ascii="Times New Roman" w:hAnsi="Times New Roman" w:cs="Times New Roman"/>
          <w:szCs w:val="24"/>
          <w:lang w:val="ru-RU"/>
        </w:rPr>
        <w:lastRenderedPageBreak/>
        <w:t>ИНФОБЛОК «КАДРОВОЕ ОБЕСПЕЧЕНИЕ»</w:t>
      </w:r>
    </w:p>
    <w:p w14:paraId="5FCA25EA" w14:textId="440DC0DC" w:rsidR="006A4C8F" w:rsidRPr="00D02DDB" w:rsidRDefault="00000000">
      <w:pPr>
        <w:spacing w:after="60"/>
        <w:rPr>
          <w:rFonts w:cs="Times New Roman"/>
          <w:lang w:val="ru-RU"/>
        </w:rPr>
      </w:pPr>
      <w:r w:rsidRPr="00D02DDB">
        <w:rPr>
          <w:rFonts w:cs="Times New Roman"/>
          <w:lang w:val="ru-RU"/>
        </w:rPr>
        <w:t>Используется для публикации условий, результатов конкурсов, документов кандидатов и порядка обжалования конкурса.</w:t>
      </w:r>
      <w:r w:rsidR="004563E1" w:rsidRPr="00D02DDB">
        <w:rPr>
          <w:rFonts w:cs="Times New Roman"/>
          <w:lang w:val="ru-RU"/>
        </w:rPr>
        <w:t xml:space="preserve"> 1 элемент – 1 запись с информацией об условиях и результатах</w:t>
      </w:r>
    </w:p>
    <w:tbl>
      <w:tblPr>
        <w:tblW w:w="11170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304"/>
        <w:gridCol w:w="567"/>
        <w:gridCol w:w="567"/>
        <w:gridCol w:w="3005"/>
        <w:gridCol w:w="1928"/>
        <w:gridCol w:w="1928"/>
      </w:tblGrid>
      <w:tr w:rsidR="004563E1" w:rsidRPr="00D02DDB" w14:paraId="551922A0" w14:textId="4841FDC6" w:rsidTr="004563E1">
        <w:trPr>
          <w:tblHeader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277BB872" w14:textId="77777777" w:rsidR="004563E1" w:rsidRPr="00D02DDB" w:rsidRDefault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Название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14:paraId="505FA636" w14:textId="77777777" w:rsidR="004563E1" w:rsidRPr="00D02DDB" w:rsidRDefault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Тип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0783352" w14:textId="77777777" w:rsidR="004563E1" w:rsidRPr="00D02DDB" w:rsidRDefault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Обяз.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E559221" w14:textId="77777777" w:rsidR="004563E1" w:rsidRPr="00D02DDB" w:rsidRDefault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Множ.</w:t>
            </w:r>
          </w:p>
        </w:tc>
        <w:tc>
          <w:tcPr>
            <w:tcW w:w="3005" w:type="dxa"/>
            <w:shd w:val="clear" w:color="auto" w:fill="D9D9D9" w:themeFill="background1" w:themeFillShade="D9"/>
            <w:vAlign w:val="center"/>
          </w:tcPr>
          <w:p w14:paraId="53D3BE73" w14:textId="77777777" w:rsidR="004563E1" w:rsidRPr="00D02DDB" w:rsidRDefault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Примечание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center"/>
          </w:tcPr>
          <w:p w14:paraId="7D3E2B89" w14:textId="77777777" w:rsidR="004563E1" w:rsidRPr="00D02DDB" w:rsidRDefault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b/>
                <w:color w:val="000000"/>
              </w:rPr>
              <w:t>Символьный код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6C8D3D74" w14:textId="77777777" w:rsidR="004563E1" w:rsidRPr="00D02DDB" w:rsidRDefault="004563E1">
            <w:pPr>
              <w:spacing w:after="0"/>
              <w:rPr>
                <w:rFonts w:cs="Times New Roman"/>
                <w:b/>
                <w:color w:val="000000"/>
                <w:lang w:val="ru-RU"/>
              </w:rPr>
            </w:pPr>
            <w:r w:rsidRPr="00D02DDB">
              <w:rPr>
                <w:rFonts w:cs="Times New Roman"/>
                <w:b/>
                <w:color w:val="000000"/>
                <w:lang w:val="ru-RU"/>
              </w:rPr>
              <w:t>Откуда переносить</w:t>
            </w:r>
          </w:p>
          <w:p w14:paraId="26B180AE" w14:textId="19AE9618" w:rsidR="00D02DDB" w:rsidRPr="00D02DDB" w:rsidRDefault="00D02DDB">
            <w:pPr>
              <w:spacing w:after="0"/>
              <w:rPr>
                <w:rFonts w:cs="Times New Roman"/>
                <w:b/>
                <w:color w:val="000000"/>
              </w:rPr>
            </w:pPr>
          </w:p>
        </w:tc>
      </w:tr>
      <w:tr w:rsidR="004563E1" w:rsidRPr="00D02DDB" w14:paraId="6F11A964" w14:textId="02A26556" w:rsidTr="004563E1">
        <w:trPr>
          <w:cantSplit/>
          <w:jc w:val="center"/>
        </w:trPr>
        <w:tc>
          <w:tcPr>
            <w:tcW w:w="1871" w:type="dxa"/>
            <w:vAlign w:val="center"/>
          </w:tcPr>
          <w:p w14:paraId="405237B4" w14:textId="77777777" w:rsidR="004563E1" w:rsidRPr="00D02DDB" w:rsidRDefault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Название</w:t>
            </w:r>
          </w:p>
        </w:tc>
        <w:tc>
          <w:tcPr>
            <w:tcW w:w="1304" w:type="dxa"/>
            <w:vAlign w:val="center"/>
          </w:tcPr>
          <w:p w14:paraId="2D2FDD97" w14:textId="77777777" w:rsidR="004563E1" w:rsidRPr="00D02DDB" w:rsidRDefault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567" w:type="dxa"/>
            <w:vAlign w:val="center"/>
          </w:tcPr>
          <w:p w14:paraId="2054C499" w14:textId="77777777" w:rsidR="004563E1" w:rsidRPr="00D02DDB" w:rsidRDefault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567" w:type="dxa"/>
            <w:vAlign w:val="center"/>
          </w:tcPr>
          <w:p w14:paraId="6F06D3C8" w14:textId="77777777" w:rsidR="004563E1" w:rsidRPr="00D02DDB" w:rsidRDefault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3005" w:type="dxa"/>
            <w:vAlign w:val="center"/>
          </w:tcPr>
          <w:p w14:paraId="73F79451" w14:textId="7A5E0612" w:rsidR="004563E1" w:rsidRPr="00D02DDB" w:rsidRDefault="004563E1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color w:val="000000"/>
              </w:rPr>
              <w:t xml:space="preserve">Название кадрового </w:t>
            </w:r>
            <w:r w:rsidRPr="00D02DDB">
              <w:rPr>
                <w:rFonts w:cs="Times New Roman"/>
                <w:color w:val="000000"/>
                <w:lang w:val="ru-RU"/>
              </w:rPr>
              <w:t>мероприятия</w:t>
            </w:r>
          </w:p>
        </w:tc>
        <w:tc>
          <w:tcPr>
            <w:tcW w:w="1928" w:type="dxa"/>
            <w:vAlign w:val="center"/>
          </w:tcPr>
          <w:p w14:paraId="7C01E095" w14:textId="77777777" w:rsidR="004563E1" w:rsidRPr="00D02DDB" w:rsidRDefault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2B164AB7" w14:textId="105A0470" w:rsidR="004563E1" w:rsidRPr="00D02DDB" w:rsidRDefault="004563E1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Заголовок записи</w:t>
            </w:r>
          </w:p>
        </w:tc>
      </w:tr>
      <w:tr w:rsidR="004563E1" w:rsidRPr="00D02DDB" w14:paraId="17D54717" w14:textId="77777777" w:rsidTr="004563E1">
        <w:trPr>
          <w:cantSplit/>
          <w:jc w:val="center"/>
        </w:trPr>
        <w:tc>
          <w:tcPr>
            <w:tcW w:w="1871" w:type="dxa"/>
            <w:vAlign w:val="center"/>
          </w:tcPr>
          <w:p w14:paraId="3B4A7837" w14:textId="04563952" w:rsidR="004563E1" w:rsidRPr="00D02DDB" w:rsidRDefault="004563E1" w:rsidP="004563E1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Длинное название</w:t>
            </w:r>
          </w:p>
        </w:tc>
        <w:tc>
          <w:tcPr>
            <w:tcW w:w="1304" w:type="dxa"/>
            <w:vAlign w:val="center"/>
          </w:tcPr>
          <w:p w14:paraId="32F2A9AD" w14:textId="1F1DAF9C" w:rsidR="004563E1" w:rsidRPr="00D02DDB" w:rsidRDefault="004563E1" w:rsidP="004563E1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</w:rPr>
              <w:t>Html/</w:t>
            </w:r>
            <w:r w:rsidRPr="00D02DDB">
              <w:rPr>
                <w:rFonts w:cs="Times New Roman"/>
                <w:color w:val="000000"/>
                <w:lang w:val="ru-RU"/>
              </w:rPr>
              <w:t>текст</w:t>
            </w:r>
          </w:p>
        </w:tc>
        <w:tc>
          <w:tcPr>
            <w:tcW w:w="567" w:type="dxa"/>
            <w:vAlign w:val="center"/>
          </w:tcPr>
          <w:p w14:paraId="22642791" w14:textId="66906B77" w:rsidR="004563E1" w:rsidRPr="00D02DDB" w:rsidRDefault="004563E1" w:rsidP="004563E1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567" w:type="dxa"/>
            <w:vAlign w:val="center"/>
          </w:tcPr>
          <w:p w14:paraId="774EB7B8" w14:textId="143DCC75" w:rsidR="004563E1" w:rsidRPr="00D02DDB" w:rsidRDefault="004563E1" w:rsidP="004563E1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3005" w:type="dxa"/>
            <w:vAlign w:val="center"/>
          </w:tcPr>
          <w:p w14:paraId="21EB0A14" w14:textId="2DAEA037" w:rsidR="004563E1" w:rsidRPr="00D02DDB" w:rsidRDefault="004563E1" w:rsidP="004563E1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cs="Times New Roman"/>
                <w:color w:val="000000"/>
              </w:rPr>
              <w:t xml:space="preserve">Название кадрового </w:t>
            </w:r>
            <w:r w:rsidRPr="00D02DDB">
              <w:rPr>
                <w:rFonts w:cs="Times New Roman"/>
                <w:color w:val="000000"/>
                <w:lang w:val="ru-RU"/>
              </w:rPr>
              <w:t>мероприятия</w:t>
            </w:r>
          </w:p>
        </w:tc>
        <w:tc>
          <w:tcPr>
            <w:tcW w:w="1928" w:type="dxa"/>
            <w:vAlign w:val="center"/>
          </w:tcPr>
          <w:p w14:paraId="50EE5AE3" w14:textId="35265B15" w:rsidR="004563E1" w:rsidRPr="00D02DDB" w:rsidRDefault="004563E1" w:rsidP="004563E1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cs="Times New Roman"/>
                <w:color w:val="000000"/>
              </w:rPr>
              <w:t>LONG_NAME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63218417" w14:textId="4D72DE67" w:rsidR="004563E1" w:rsidRPr="00D02DDB" w:rsidRDefault="004563E1" w:rsidP="004563E1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Заголовок записи</w:t>
            </w:r>
          </w:p>
        </w:tc>
      </w:tr>
      <w:tr w:rsidR="004563E1" w:rsidRPr="00D02DDB" w14:paraId="2ACC63E2" w14:textId="113D2A59" w:rsidTr="004563E1">
        <w:trPr>
          <w:cantSplit/>
          <w:jc w:val="center"/>
        </w:trPr>
        <w:tc>
          <w:tcPr>
            <w:tcW w:w="1871" w:type="dxa"/>
            <w:vAlign w:val="center"/>
          </w:tcPr>
          <w:p w14:paraId="139C4583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Дата начала активности</w:t>
            </w:r>
          </w:p>
        </w:tc>
        <w:tc>
          <w:tcPr>
            <w:tcW w:w="1304" w:type="dxa"/>
            <w:vAlign w:val="center"/>
          </w:tcPr>
          <w:p w14:paraId="6D236085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567" w:type="dxa"/>
            <w:vAlign w:val="center"/>
          </w:tcPr>
          <w:p w14:paraId="013AB56C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567" w:type="dxa"/>
            <w:vAlign w:val="center"/>
          </w:tcPr>
          <w:p w14:paraId="444EA150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3005" w:type="dxa"/>
            <w:vAlign w:val="center"/>
          </w:tcPr>
          <w:p w14:paraId="178F52EE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Дата публикации</w:t>
            </w:r>
          </w:p>
        </w:tc>
        <w:tc>
          <w:tcPr>
            <w:tcW w:w="1928" w:type="dxa"/>
            <w:vAlign w:val="center"/>
          </w:tcPr>
          <w:p w14:paraId="706D43BC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728E56F8" w14:textId="1BBCA989" w:rsidR="004563E1" w:rsidRPr="00D02DDB" w:rsidRDefault="004563E1" w:rsidP="004563E1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Дата публикации</w:t>
            </w:r>
          </w:p>
        </w:tc>
      </w:tr>
      <w:tr w:rsidR="004563E1" w:rsidRPr="00D02DDB" w14:paraId="78892982" w14:textId="59AB629A" w:rsidTr="004563E1">
        <w:trPr>
          <w:cantSplit/>
          <w:jc w:val="center"/>
        </w:trPr>
        <w:tc>
          <w:tcPr>
            <w:tcW w:w="1871" w:type="dxa"/>
            <w:vAlign w:val="center"/>
          </w:tcPr>
          <w:p w14:paraId="7E208DD2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Описание анонса</w:t>
            </w:r>
          </w:p>
        </w:tc>
        <w:tc>
          <w:tcPr>
            <w:tcW w:w="1304" w:type="dxa"/>
            <w:vAlign w:val="center"/>
          </w:tcPr>
          <w:p w14:paraId="41ED9E63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567" w:type="dxa"/>
            <w:vAlign w:val="center"/>
          </w:tcPr>
          <w:p w14:paraId="53E2016C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567" w:type="dxa"/>
            <w:vAlign w:val="center"/>
          </w:tcPr>
          <w:p w14:paraId="205D74B0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3005" w:type="dxa"/>
            <w:vAlign w:val="center"/>
          </w:tcPr>
          <w:p w14:paraId="3C523F5B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Краткое описание</w:t>
            </w:r>
          </w:p>
        </w:tc>
        <w:tc>
          <w:tcPr>
            <w:tcW w:w="1928" w:type="dxa"/>
            <w:vAlign w:val="center"/>
          </w:tcPr>
          <w:p w14:paraId="3A556179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1EF28730" w14:textId="4CC13366" w:rsidR="004563E1" w:rsidRPr="00D02DDB" w:rsidRDefault="004563E1" w:rsidP="004563E1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cs="Times New Roman"/>
                <w:color w:val="000000"/>
                <w:lang w:val="ru-RU"/>
              </w:rPr>
              <w:t>Первый абзац</w:t>
            </w:r>
          </w:p>
        </w:tc>
      </w:tr>
      <w:tr w:rsidR="004563E1" w:rsidRPr="00D02DDB" w14:paraId="573AFDE7" w14:textId="5938FCBA" w:rsidTr="004563E1">
        <w:trPr>
          <w:cantSplit/>
          <w:jc w:val="center"/>
        </w:trPr>
        <w:tc>
          <w:tcPr>
            <w:tcW w:w="1871" w:type="dxa"/>
            <w:vAlign w:val="center"/>
          </w:tcPr>
          <w:p w14:paraId="410A562A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Детальное описание</w:t>
            </w:r>
          </w:p>
        </w:tc>
        <w:tc>
          <w:tcPr>
            <w:tcW w:w="1304" w:type="dxa"/>
            <w:vAlign w:val="center"/>
          </w:tcPr>
          <w:p w14:paraId="44985F5A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штатное</w:t>
            </w:r>
          </w:p>
        </w:tc>
        <w:tc>
          <w:tcPr>
            <w:tcW w:w="567" w:type="dxa"/>
            <w:vAlign w:val="center"/>
          </w:tcPr>
          <w:p w14:paraId="248ECE39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567" w:type="dxa"/>
            <w:vAlign w:val="center"/>
          </w:tcPr>
          <w:p w14:paraId="158A21F9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3005" w:type="dxa"/>
            <w:vAlign w:val="center"/>
          </w:tcPr>
          <w:p w14:paraId="6F4608F3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Полное описание</w:t>
            </w:r>
          </w:p>
        </w:tc>
        <w:tc>
          <w:tcPr>
            <w:tcW w:w="1928" w:type="dxa"/>
            <w:vAlign w:val="center"/>
          </w:tcPr>
          <w:p w14:paraId="6CD234A8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—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7A443F90" w14:textId="426CEA34" w:rsidR="004563E1" w:rsidRPr="00D02DDB" w:rsidRDefault="004563E1" w:rsidP="004563E1">
            <w:pPr>
              <w:spacing w:after="0"/>
              <w:rPr>
                <w:rFonts w:cs="Times New Roman"/>
                <w:color w:val="000000"/>
                <w:lang w:val="ru-RU"/>
              </w:rPr>
            </w:pPr>
            <w:r w:rsidRPr="00D02DDB">
              <w:rPr>
                <w:rFonts w:eastAsia="Arial" w:cs="Times New Roman"/>
                <w:color w:val="10212F"/>
              </w:rPr>
              <w:t>Текст записи</w:t>
            </w:r>
            <w:r w:rsidR="00D02DDB" w:rsidRPr="00D02DDB">
              <w:rPr>
                <w:rFonts w:eastAsia="Arial" w:cs="Times New Roman"/>
                <w:color w:val="10212F"/>
                <w:lang w:val="ru-RU"/>
              </w:rPr>
              <w:t xml:space="preserve"> полный</w:t>
            </w:r>
          </w:p>
        </w:tc>
      </w:tr>
      <w:tr w:rsidR="004563E1" w:rsidRPr="00D02DDB" w14:paraId="4B629553" w14:textId="274768E8" w:rsidTr="004563E1">
        <w:trPr>
          <w:cantSplit/>
          <w:jc w:val="center"/>
        </w:trPr>
        <w:tc>
          <w:tcPr>
            <w:tcW w:w="1871" w:type="dxa"/>
            <w:vAlign w:val="center"/>
          </w:tcPr>
          <w:p w14:paraId="0D2B5DEA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Файл</w:t>
            </w:r>
          </w:p>
        </w:tc>
        <w:tc>
          <w:tcPr>
            <w:tcW w:w="1304" w:type="dxa"/>
            <w:vAlign w:val="center"/>
          </w:tcPr>
          <w:p w14:paraId="53BE8910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Файл</w:t>
            </w:r>
          </w:p>
        </w:tc>
        <w:tc>
          <w:tcPr>
            <w:tcW w:w="567" w:type="dxa"/>
            <w:vAlign w:val="center"/>
          </w:tcPr>
          <w:p w14:paraId="4F9D0759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нет</w:t>
            </w:r>
          </w:p>
        </w:tc>
        <w:tc>
          <w:tcPr>
            <w:tcW w:w="567" w:type="dxa"/>
            <w:vAlign w:val="center"/>
          </w:tcPr>
          <w:p w14:paraId="562FC7AF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да</w:t>
            </w:r>
          </w:p>
        </w:tc>
        <w:tc>
          <w:tcPr>
            <w:tcW w:w="3005" w:type="dxa"/>
            <w:vAlign w:val="center"/>
          </w:tcPr>
          <w:p w14:paraId="020C6310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Файлы кадрового документа</w:t>
            </w:r>
          </w:p>
        </w:tc>
        <w:tc>
          <w:tcPr>
            <w:tcW w:w="1928" w:type="dxa"/>
            <w:vAlign w:val="center"/>
          </w:tcPr>
          <w:p w14:paraId="3041122A" w14:textId="77777777" w:rsidR="004563E1" w:rsidRPr="00D02DDB" w:rsidRDefault="004563E1" w:rsidP="004563E1">
            <w:pPr>
              <w:spacing w:after="0"/>
              <w:rPr>
                <w:rFonts w:cs="Times New Roman"/>
              </w:rPr>
            </w:pPr>
            <w:r w:rsidRPr="00D02DDB">
              <w:rPr>
                <w:rFonts w:cs="Times New Roman"/>
                <w:color w:val="000000"/>
              </w:rPr>
              <w:t>DOCUMENT_FILE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79904DD7" w14:textId="74938E3C" w:rsidR="004563E1" w:rsidRPr="00D02DDB" w:rsidRDefault="004563E1" w:rsidP="004563E1">
            <w:pPr>
              <w:spacing w:after="0"/>
              <w:rPr>
                <w:rFonts w:cs="Times New Roman"/>
                <w:color w:val="000000"/>
              </w:rPr>
            </w:pPr>
            <w:r w:rsidRPr="00D02DDB">
              <w:rPr>
                <w:rFonts w:eastAsia="Arial" w:cs="Times New Roman"/>
                <w:color w:val="10212F"/>
              </w:rPr>
              <w:t>файлы в тексте</w:t>
            </w:r>
          </w:p>
        </w:tc>
      </w:tr>
    </w:tbl>
    <w:p w14:paraId="4ED5063F" w14:textId="6761A6F4" w:rsidR="006A4C8F" w:rsidRPr="00D02DDB" w:rsidRDefault="006A4C8F">
      <w:pPr>
        <w:spacing w:after="0"/>
        <w:rPr>
          <w:rFonts w:cs="Times New Roman"/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209"/>
        <w:gridCol w:w="5247"/>
      </w:tblGrid>
      <w:tr w:rsidR="00D02DDB" w:rsidRPr="00D02DDB" w14:paraId="703198C2" w14:textId="77777777" w:rsidTr="00B470AA">
        <w:tc>
          <w:tcPr>
            <w:tcW w:w="5341" w:type="dxa"/>
            <w:shd w:val="clear" w:color="auto" w:fill="D9D9D9" w:themeFill="background1" w:themeFillShade="D9"/>
          </w:tcPr>
          <w:p w14:paraId="23370BCE" w14:textId="77777777" w:rsidR="00D02DDB" w:rsidRPr="00D02DDB" w:rsidRDefault="00D02DDB" w:rsidP="00B470AA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Новый сайт</w:t>
            </w:r>
          </w:p>
        </w:tc>
        <w:tc>
          <w:tcPr>
            <w:tcW w:w="5341" w:type="dxa"/>
            <w:shd w:val="clear" w:color="auto" w:fill="D9D9D9" w:themeFill="background1" w:themeFillShade="D9"/>
          </w:tcPr>
          <w:p w14:paraId="11CC930A" w14:textId="77777777" w:rsidR="00D02DDB" w:rsidRPr="00D02DDB" w:rsidRDefault="00D02DDB" w:rsidP="00B470AA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Старый сайт</w:t>
            </w:r>
          </w:p>
        </w:tc>
      </w:tr>
      <w:tr w:rsidR="00D02DDB" w:rsidRPr="00D02DDB" w14:paraId="61417A7F" w14:textId="77777777" w:rsidTr="00B470AA">
        <w:tc>
          <w:tcPr>
            <w:tcW w:w="5341" w:type="dxa"/>
          </w:tcPr>
          <w:p w14:paraId="39BE382C" w14:textId="18558750" w:rsidR="00D02DDB" w:rsidRPr="00D02DDB" w:rsidRDefault="00D02DDB" w:rsidP="00B470AA">
            <w:pPr>
              <w:spacing w:after="0"/>
              <w:rPr>
                <w:rFonts w:cs="Times New Roman"/>
                <w:lang w:val="ru-RU"/>
              </w:rPr>
            </w:pPr>
            <w:r w:rsidRPr="00D02DDB">
              <w:rPr>
                <w:rFonts w:cs="Times New Roman"/>
                <w:lang w:val="ru-RU"/>
              </w:rPr>
              <w:t>Инфоблок «</w:t>
            </w:r>
            <w:r w:rsidRPr="00D02DDB">
              <w:rPr>
                <w:rFonts w:cs="Times New Roman"/>
                <w:lang w:val="ru-RU"/>
              </w:rPr>
              <w:t>Кадровое обеспечение</w:t>
            </w:r>
            <w:r w:rsidRPr="00D02DDB">
              <w:rPr>
                <w:rFonts w:cs="Times New Roman"/>
                <w:lang w:val="ru-RU"/>
              </w:rPr>
              <w:t xml:space="preserve">». </w:t>
            </w:r>
          </w:p>
        </w:tc>
        <w:tc>
          <w:tcPr>
            <w:tcW w:w="5341" w:type="dxa"/>
          </w:tcPr>
          <w:p w14:paraId="26F85234" w14:textId="77777777" w:rsidR="00D02DDB" w:rsidRPr="00D02DDB" w:rsidRDefault="00D02DDB" w:rsidP="00D02DDB">
            <w:pPr>
              <w:spacing w:after="0"/>
              <w:rPr>
                <w:rFonts w:cs="Times New Roman"/>
                <w:lang w:val="ru-RU"/>
              </w:rPr>
            </w:pPr>
            <w:hyperlink r:id="rId49" w:history="1">
              <w:r w:rsidRPr="00D02DDB">
                <w:rPr>
                  <w:rStyle w:val="aff8"/>
                  <w:rFonts w:cs="Times New Roman"/>
                </w:rPr>
                <w:t>https</w:t>
              </w:r>
              <w:r w:rsidRPr="00D02DDB">
                <w:rPr>
                  <w:rStyle w:val="aff8"/>
                  <w:rFonts w:cs="Times New Roman"/>
                  <w:lang w:val="ru-RU"/>
                </w:rPr>
                <w:t>://</w:t>
              </w:r>
              <w:r w:rsidRPr="00D02DDB">
                <w:rPr>
                  <w:rStyle w:val="aff8"/>
                  <w:rFonts w:cs="Times New Roman"/>
                </w:rPr>
                <w:t>kspkuban</w:t>
              </w:r>
              <w:r w:rsidRPr="00D02DDB">
                <w:rPr>
                  <w:rStyle w:val="aff8"/>
                  <w:rFonts w:cs="Times New Roman"/>
                  <w:lang w:val="ru-RU"/>
                </w:rPr>
                <w:t>.</w:t>
              </w:r>
              <w:r w:rsidRPr="00D02DDB">
                <w:rPr>
                  <w:rStyle w:val="aff8"/>
                  <w:rFonts w:cs="Times New Roman"/>
                </w:rPr>
                <w:t>ru</w:t>
              </w:r>
              <w:r w:rsidRPr="00D02DDB">
                <w:rPr>
                  <w:rStyle w:val="aff8"/>
                  <w:rFonts w:cs="Times New Roman"/>
                  <w:lang w:val="ru-RU"/>
                </w:rPr>
                <w:t>/?</w:t>
              </w:r>
              <w:r w:rsidRPr="00D02DDB">
                <w:rPr>
                  <w:rStyle w:val="aff8"/>
                  <w:rFonts w:cs="Times New Roman"/>
                </w:rPr>
                <w:t>cat</w:t>
              </w:r>
              <w:r w:rsidRPr="00D02DDB">
                <w:rPr>
                  <w:rStyle w:val="aff8"/>
                  <w:rFonts w:cs="Times New Roman"/>
                  <w:lang w:val="ru-RU"/>
                </w:rPr>
                <w:t>=17</w:t>
              </w:r>
            </w:hyperlink>
            <w:r w:rsidRPr="00D02DDB">
              <w:rPr>
                <w:rFonts w:cs="Times New Roman"/>
                <w:lang w:val="ru-RU"/>
              </w:rPr>
              <w:t xml:space="preserve"> </w:t>
            </w:r>
          </w:p>
          <w:p w14:paraId="517DC6D3" w14:textId="6C4B7C9C" w:rsidR="00D02DDB" w:rsidRPr="00D02DDB" w:rsidRDefault="00D02DDB" w:rsidP="00B470AA">
            <w:pPr>
              <w:spacing w:after="0"/>
              <w:rPr>
                <w:rFonts w:cs="Times New Roman"/>
                <w:lang w:val="ru-RU"/>
              </w:rPr>
            </w:pPr>
          </w:p>
        </w:tc>
      </w:tr>
    </w:tbl>
    <w:p w14:paraId="0A5969A8" w14:textId="77777777" w:rsidR="00D02DDB" w:rsidRPr="00D02DDB" w:rsidRDefault="00D02DDB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</w:p>
    <w:p w14:paraId="00DB2A6F" w14:textId="77777777" w:rsidR="006A4C8F" w:rsidRDefault="006A4C8F">
      <w:pPr>
        <w:spacing w:after="0"/>
      </w:pPr>
    </w:p>
    <w:sectPr w:rsidR="006A4C8F" w:rsidSect="001970F2">
      <w:footerReference w:type="default" r:id="rId50"/>
      <w:pgSz w:w="11906" w:h="16838"/>
      <w:pgMar w:top="720" w:right="720" w:bottom="720" w:left="7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28C65E" w14:textId="77777777" w:rsidR="00264D3F" w:rsidRDefault="00264D3F">
      <w:pPr>
        <w:spacing w:after="0"/>
      </w:pPr>
      <w:r>
        <w:separator/>
      </w:r>
    </w:p>
  </w:endnote>
  <w:endnote w:type="continuationSeparator" w:id="0">
    <w:p w14:paraId="11A47BBC" w14:textId="77777777" w:rsidR="00264D3F" w:rsidRDefault="00264D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394AB0" w14:textId="4E691A68" w:rsidR="006A4C8F" w:rsidRDefault="006A4C8F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9DEBCC" w14:textId="77777777" w:rsidR="00264D3F" w:rsidRDefault="00264D3F">
      <w:pPr>
        <w:spacing w:after="0"/>
      </w:pPr>
      <w:r>
        <w:separator/>
      </w:r>
    </w:p>
  </w:footnote>
  <w:footnote w:type="continuationSeparator" w:id="0">
    <w:p w14:paraId="6F1C2088" w14:textId="77777777" w:rsidR="00264D3F" w:rsidRDefault="00264D3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709242">
    <w:abstractNumId w:val="8"/>
  </w:num>
  <w:num w:numId="2" w16cid:durableId="277956728">
    <w:abstractNumId w:val="6"/>
  </w:num>
  <w:num w:numId="3" w16cid:durableId="1733040161">
    <w:abstractNumId w:val="5"/>
  </w:num>
  <w:num w:numId="4" w16cid:durableId="604578658">
    <w:abstractNumId w:val="4"/>
  </w:num>
  <w:num w:numId="5" w16cid:durableId="1811557763">
    <w:abstractNumId w:val="7"/>
  </w:num>
  <w:num w:numId="6" w16cid:durableId="1725522241">
    <w:abstractNumId w:val="3"/>
  </w:num>
  <w:num w:numId="7" w16cid:durableId="308679365">
    <w:abstractNumId w:val="2"/>
  </w:num>
  <w:num w:numId="8" w16cid:durableId="769205676">
    <w:abstractNumId w:val="1"/>
  </w:num>
  <w:num w:numId="9" w16cid:durableId="2466970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7CD"/>
    <w:rsid w:val="000C12CE"/>
    <w:rsid w:val="0015074B"/>
    <w:rsid w:val="001970F2"/>
    <w:rsid w:val="00264D3F"/>
    <w:rsid w:val="0029639D"/>
    <w:rsid w:val="002B2D20"/>
    <w:rsid w:val="00326F90"/>
    <w:rsid w:val="003958B8"/>
    <w:rsid w:val="004563E1"/>
    <w:rsid w:val="00465B35"/>
    <w:rsid w:val="00592F5F"/>
    <w:rsid w:val="006A4C8F"/>
    <w:rsid w:val="00704A93"/>
    <w:rsid w:val="00960E46"/>
    <w:rsid w:val="00A2130E"/>
    <w:rsid w:val="00AA1D8D"/>
    <w:rsid w:val="00B47730"/>
    <w:rsid w:val="00B5373D"/>
    <w:rsid w:val="00CB0664"/>
    <w:rsid w:val="00D02DDB"/>
    <w:rsid w:val="00EC4DC3"/>
    <w:rsid w:val="00F560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B85747"/>
  <w14:defaultImageDpi w14:val="300"/>
  <w15:docId w15:val="{5FBB6FFE-72F9-444A-A292-4C646A31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">
    <w:name w:val="Meta"/>
    <w:pPr>
      <w:spacing w:after="80"/>
    </w:pPr>
    <w:rPr>
      <w:rFonts w:ascii="Times New Roman" w:eastAsia="Times New Roman" w:hAnsi="Times New Roman"/>
      <w:color w:val="595959"/>
      <w:sz w:val="19"/>
    </w:rPr>
  </w:style>
  <w:style w:type="character" w:styleId="aff8">
    <w:name w:val="Hyperlink"/>
    <w:uiPriority w:val="99"/>
    <w:unhideWhenUsed/>
    <w:rsid w:val="000727CD"/>
    <w:rPr>
      <w:color w:val="0563C1"/>
      <w:u w:val="single"/>
    </w:rPr>
  </w:style>
  <w:style w:type="character" w:styleId="aff9">
    <w:name w:val="Unresolved Mention"/>
    <w:basedOn w:val="a2"/>
    <w:uiPriority w:val="99"/>
    <w:semiHidden/>
    <w:unhideWhenUsed/>
    <w:rsid w:val="000727CD"/>
    <w:rPr>
      <w:color w:val="605E5C"/>
      <w:shd w:val="clear" w:color="auto" w:fill="E1DFDD"/>
    </w:rPr>
  </w:style>
  <w:style w:type="character" w:styleId="affa">
    <w:name w:val="FollowedHyperlink"/>
    <w:basedOn w:val="a2"/>
    <w:uiPriority w:val="99"/>
    <w:semiHidden/>
    <w:unhideWhenUsed/>
    <w:rsid w:val="00B537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spkuban.ru/?page_id=4325" TargetMode="External"/><Relationship Id="rId18" Type="http://schemas.openxmlformats.org/officeDocument/2006/relationships/hyperlink" Target="https://kspkuban.ru/?page_id=135" TargetMode="External"/><Relationship Id="rId26" Type="http://schemas.openxmlformats.org/officeDocument/2006/relationships/hyperlink" Target="https://kspkuban.ru/?cat=24" TargetMode="External"/><Relationship Id="rId39" Type="http://schemas.openxmlformats.org/officeDocument/2006/relationships/hyperlink" Target="https://kspkuban.ru/?page_id=4265" TargetMode="External"/><Relationship Id="rId21" Type="http://schemas.openxmlformats.org/officeDocument/2006/relationships/hyperlink" Target="https://kspkuban.ru/?page_id=254" TargetMode="External"/><Relationship Id="rId34" Type="http://schemas.openxmlformats.org/officeDocument/2006/relationships/hyperlink" Target="https://kspkuban.ru/?page_id=3823" TargetMode="External"/><Relationship Id="rId42" Type="http://schemas.openxmlformats.org/officeDocument/2006/relationships/hyperlink" Target="https://kspkuban.ru/?page_id=7871" TargetMode="External"/><Relationship Id="rId47" Type="http://schemas.openxmlformats.org/officeDocument/2006/relationships/hyperlink" Target="https://kspkuban.ru/?cat=174" TargetMode="External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kspkuban.ru/?page_id=131" TargetMode="External"/><Relationship Id="rId29" Type="http://schemas.openxmlformats.org/officeDocument/2006/relationships/hyperlink" Target="https://kspkuban.ru/?page_id=557" TargetMode="External"/><Relationship Id="rId11" Type="http://schemas.openxmlformats.org/officeDocument/2006/relationships/hyperlink" Target="https://kspkuban.ru/?cat=5" TargetMode="External"/><Relationship Id="rId24" Type="http://schemas.openxmlformats.org/officeDocument/2006/relationships/hyperlink" Target="https://kspkuban.ru/?cat=12" TargetMode="External"/><Relationship Id="rId32" Type="http://schemas.openxmlformats.org/officeDocument/2006/relationships/hyperlink" Target="https://kspkuban.ru/?page_id=198" TargetMode="External"/><Relationship Id="rId37" Type="http://schemas.openxmlformats.org/officeDocument/2006/relationships/hyperlink" Target="https://kspkuban.ru/?page_id=2944" TargetMode="External"/><Relationship Id="rId40" Type="http://schemas.openxmlformats.org/officeDocument/2006/relationships/hyperlink" Target="https://kspkuban.ru/?page_id=4267" TargetMode="External"/><Relationship Id="rId45" Type="http://schemas.openxmlformats.org/officeDocument/2006/relationships/hyperlink" Target="https://kspkuban.ru/?cat=1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spkuban.ru/?page_id=148" TargetMode="External"/><Relationship Id="rId23" Type="http://schemas.openxmlformats.org/officeDocument/2006/relationships/hyperlink" Target="https://kspkuban.ru/?page_id=11931" TargetMode="External"/><Relationship Id="rId28" Type="http://schemas.openxmlformats.org/officeDocument/2006/relationships/hyperlink" Target="https://kspkuban.ru/?page_id=182" TargetMode="External"/><Relationship Id="rId36" Type="http://schemas.openxmlformats.org/officeDocument/2006/relationships/hyperlink" Target="https://kspkuban.ru/?page_id=3825" TargetMode="External"/><Relationship Id="rId49" Type="http://schemas.openxmlformats.org/officeDocument/2006/relationships/hyperlink" Target="https://kspkuban.ru/?cat=17" TargetMode="External"/><Relationship Id="rId10" Type="http://schemas.openxmlformats.org/officeDocument/2006/relationships/hyperlink" Target="https://kspkuban.ru/?cat=27" TargetMode="External"/><Relationship Id="rId19" Type="http://schemas.openxmlformats.org/officeDocument/2006/relationships/hyperlink" Target="https://kspkuban.ru/?page_id=7147" TargetMode="External"/><Relationship Id="rId31" Type="http://schemas.openxmlformats.org/officeDocument/2006/relationships/hyperlink" Target="https://kspkuban.ru/?page_id=200" TargetMode="External"/><Relationship Id="rId44" Type="http://schemas.openxmlformats.org/officeDocument/2006/relationships/hyperlink" Target="https://kspkuban.ru/?cat=13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spkuban.ru/?cat=18" TargetMode="External"/><Relationship Id="rId14" Type="http://schemas.openxmlformats.org/officeDocument/2006/relationships/hyperlink" Target="https://kspkuban.ru/?page_id=148" TargetMode="External"/><Relationship Id="rId22" Type="http://schemas.openxmlformats.org/officeDocument/2006/relationships/hyperlink" Target="https://kspkuban.ru/?cat=172" TargetMode="External"/><Relationship Id="rId27" Type="http://schemas.openxmlformats.org/officeDocument/2006/relationships/hyperlink" Target="https://kspkuban.ru/?page_id=180" TargetMode="External"/><Relationship Id="rId30" Type="http://schemas.openxmlformats.org/officeDocument/2006/relationships/hyperlink" Target="https://kspkuban.ru/?page_id=204" TargetMode="External"/><Relationship Id="rId35" Type="http://schemas.openxmlformats.org/officeDocument/2006/relationships/hyperlink" Target="https://kspkuban.ru/?page_id=3824" TargetMode="External"/><Relationship Id="rId43" Type="http://schemas.openxmlformats.org/officeDocument/2006/relationships/hyperlink" Target="https://kspkuban.ru/?cat=11" TargetMode="External"/><Relationship Id="rId48" Type="http://schemas.openxmlformats.org/officeDocument/2006/relationships/hyperlink" Target="https://kspkuban.ru/?cat=58" TargetMode="External"/><Relationship Id="rId8" Type="http://schemas.openxmlformats.org/officeDocument/2006/relationships/hyperlink" Target="https://kspkuban.ru/?cat=5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kspkuban.ru/?page_id=128" TargetMode="External"/><Relationship Id="rId17" Type="http://schemas.openxmlformats.org/officeDocument/2006/relationships/hyperlink" Target="https://kspkuban.ru/?page_id=4923" TargetMode="External"/><Relationship Id="rId25" Type="http://schemas.openxmlformats.org/officeDocument/2006/relationships/hyperlink" Target="https://kspkuban.ru/?cat=14" TargetMode="External"/><Relationship Id="rId33" Type="http://schemas.openxmlformats.org/officeDocument/2006/relationships/hyperlink" Target="https://kspkuban.ru/?page_id=3819" TargetMode="External"/><Relationship Id="rId38" Type="http://schemas.openxmlformats.org/officeDocument/2006/relationships/hyperlink" Target="https://kspkuban.ru/?page_id=4103" TargetMode="External"/><Relationship Id="rId46" Type="http://schemas.openxmlformats.org/officeDocument/2006/relationships/hyperlink" Target="https://kspkuban.ru/?cat=174" TargetMode="External"/><Relationship Id="rId20" Type="http://schemas.openxmlformats.org/officeDocument/2006/relationships/hyperlink" Target="https://kspkuban.ru/?page_id=7151" TargetMode="External"/><Relationship Id="rId41" Type="http://schemas.openxmlformats.org/officeDocument/2006/relationships/hyperlink" Target="https://kspkuban.ru/?page_id=426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2420</Words>
  <Characters>13794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Kate</cp:lastModifiedBy>
  <cp:revision>3</cp:revision>
  <dcterms:created xsi:type="dcterms:W3CDTF">2026-10-12T08:07:00Z</dcterms:created>
  <dcterms:modified xsi:type="dcterms:W3CDTF">2026-10-12T08:18:00Z</dcterms:modified>
  <cp:category/>
</cp:coreProperties>
</file>